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10206"/>
      </w:tblGrid>
      <w:tr w:rsidR="00DF1130" w:rsidRPr="00EA0EAA" w14:paraId="16DDE64F" w14:textId="77777777">
        <w:trPr>
          <w:cantSplit/>
          <w:jc w:val="center"/>
        </w:trPr>
        <w:tc>
          <w:tcPr>
            <w:tcW w:w="10206" w:type="dxa"/>
            <w:tcBorders>
              <w:top w:val="single" w:sz="0" w:space="0" w:color="0A1414"/>
              <w:left w:val="single" w:sz="0" w:space="0" w:color="0A1414"/>
              <w:bottom w:val="single" w:sz="28" w:space="0" w:color="C8EB00"/>
              <w:right w:val="single" w:sz="0" w:space="0" w:color="0A1414"/>
            </w:tcBorders>
            <w:shd w:val="clear" w:color="auto" w:fill="0A1414"/>
          </w:tcPr>
          <w:p w14:paraId="4690A6CF" w14:textId="77777777" w:rsidR="00DF1130" w:rsidRPr="00EA0EAA" w:rsidRDefault="006A347F">
            <w:pPr>
              <w:spacing w:after="40"/>
              <w:rPr>
                <w:rFonts w:ascii="Neue Haas Grotesk Text Pro" w:hAnsi="Neue Haas Grotesk Text Pro"/>
              </w:rPr>
            </w:pPr>
            <w:r w:rsidRPr="00EA0EAA">
              <w:rPr>
                <w:rFonts w:ascii="Neue Haas Grotesk Text Pro" w:hAnsi="Neue Haas Grotesk Text Pro"/>
                <w:b/>
                <w:color w:val="FFFFFF"/>
                <w:sz w:val="22"/>
              </w:rPr>
              <w:t>UNIVERSITY FOR THE CREATIVE ARTS</w:t>
            </w:r>
          </w:p>
          <w:p w14:paraId="365C2AA4" w14:textId="77777777" w:rsidR="00DF1130" w:rsidRPr="00EA0EAA" w:rsidRDefault="006A347F">
            <w:pPr>
              <w:spacing w:after="80"/>
              <w:rPr>
                <w:rFonts w:ascii="Neue Haas Grotesk Text Pro" w:hAnsi="Neue Haas Grotesk Text Pro"/>
              </w:rPr>
            </w:pPr>
            <w:r w:rsidRPr="00EA0EAA">
              <w:rPr>
                <w:rFonts w:ascii="Neue Haas Grotesk Text Pro" w:hAnsi="Neue Haas Grotesk Text Pro"/>
                <w:b/>
                <w:color w:val="C8EB00"/>
                <w:sz w:val="56"/>
              </w:rPr>
              <w:t>AI USAGE DECLARATION</w:t>
            </w:r>
          </w:p>
          <w:p w14:paraId="08DCAE72" w14:textId="77777777" w:rsidR="00DF1130" w:rsidRPr="00EA0EAA" w:rsidRDefault="006A347F">
            <w:pPr>
              <w:spacing w:after="80"/>
              <w:rPr>
                <w:rFonts w:ascii="Neue Haas Grotesk Text Pro" w:hAnsi="Neue Haas Grotesk Text Pro"/>
              </w:rPr>
            </w:pPr>
            <w:r w:rsidRPr="00EA0EAA">
              <w:rPr>
                <w:rFonts w:ascii="Neue Haas Grotesk Text Pro" w:hAnsi="Neue Haas Grotesk Text Pro"/>
                <w:color w:val="FFFFFF"/>
                <w:sz w:val="21"/>
              </w:rPr>
              <w:t>For module assessments with defined permissible use of AI</w:t>
            </w:r>
          </w:p>
          <w:p w14:paraId="151D0F3A" w14:textId="77777777" w:rsidR="00DF1130" w:rsidRPr="00EA0EAA" w:rsidRDefault="006A347F">
            <w:pPr>
              <w:spacing w:after="0"/>
              <w:rPr>
                <w:rFonts w:ascii="Neue Haas Grotesk Text Pro" w:hAnsi="Neue Haas Grotesk Text Pro"/>
              </w:rPr>
            </w:pPr>
            <w:r w:rsidRPr="00EA0EAA">
              <w:rPr>
                <w:rFonts w:ascii="Neue Haas Grotesk Text Pro" w:hAnsi="Neue Haas Grotesk Text Pro"/>
                <w:color w:val="C8EB00"/>
              </w:rPr>
              <w:t>Student-completed declaration template</w:t>
            </w:r>
          </w:p>
        </w:tc>
      </w:tr>
    </w:tbl>
    <w:p w14:paraId="59D92E0E" w14:textId="77777777" w:rsidR="00DF1130" w:rsidRPr="00EA0EAA" w:rsidRDefault="00DF1130">
      <w:pPr>
        <w:spacing w:after="120"/>
        <w:rPr>
          <w:rFonts w:ascii="Neue Haas Grotesk Text Pro" w:hAnsi="Neue Haas Grotesk Text Pro"/>
        </w:rPr>
      </w:pPr>
    </w:p>
    <w:tbl>
      <w:tblPr>
        <w:tblW w:w="0" w:type="auto"/>
        <w:jc w:val="center"/>
        <w:tblLook w:val="04A0" w:firstRow="1" w:lastRow="0" w:firstColumn="1" w:lastColumn="0" w:noHBand="0" w:noVBand="1"/>
      </w:tblPr>
      <w:tblGrid>
        <w:gridCol w:w="10196"/>
      </w:tblGrid>
      <w:tr w:rsidR="00DF1130" w:rsidRPr="00EA0EAA" w14:paraId="5B058947" w14:textId="77777777">
        <w:trPr>
          <w:cantSplit/>
          <w:jc w:val="center"/>
        </w:trPr>
        <w:tc>
          <w:tcPr>
            <w:tcW w:w="10206" w:type="dxa"/>
            <w:tcBorders>
              <w:top w:val="single" w:sz="18" w:space="0" w:color="C8EB00"/>
              <w:left w:val="single" w:sz="4" w:space="0" w:color="D8DDDD"/>
              <w:bottom w:val="single" w:sz="4" w:space="0" w:color="D8DDDD"/>
              <w:right w:val="single" w:sz="4" w:space="0" w:color="D8DDDD"/>
            </w:tcBorders>
            <w:shd w:val="clear" w:color="auto" w:fill="F4F7F7"/>
          </w:tcPr>
          <w:p w14:paraId="7BC8A241" w14:textId="77777777" w:rsidR="00DF1130" w:rsidRPr="00EA0EAA" w:rsidRDefault="006A347F">
            <w:pPr>
              <w:spacing w:after="0"/>
              <w:rPr>
                <w:rFonts w:ascii="Neue Haas Grotesk Text Pro" w:hAnsi="Neue Haas Grotesk Text Pro"/>
              </w:rPr>
            </w:pPr>
            <w:r w:rsidRPr="00EA0EAA">
              <w:rPr>
                <w:rFonts w:ascii="Neue Haas Grotesk Text Pro" w:hAnsi="Neue Haas Grotesk Text Pro"/>
              </w:rPr>
              <w:t>Purpose: Complete this declaration to record whether and how AI tools were used in this assessment. The permitted level is set by the module team. Your use must not go beyond that permitted level. This declaration should be submitted or retained with the assessment according to the module instructions.</w:t>
            </w:r>
          </w:p>
        </w:tc>
      </w:tr>
    </w:tbl>
    <w:p w14:paraId="7E7057C2" w14:textId="77777777" w:rsidR="00DF1130" w:rsidRPr="00EA0EAA" w:rsidRDefault="00DF1130">
      <w:pPr>
        <w:spacing w:after="40"/>
        <w:rPr>
          <w:rFonts w:ascii="Neue Haas Grotesk Text Pro" w:hAnsi="Neue Haas Grotesk Text Pro"/>
        </w:rPr>
      </w:pPr>
    </w:p>
    <w:tbl>
      <w:tblPr>
        <w:tblW w:w="0" w:type="auto"/>
        <w:jc w:val="center"/>
        <w:tblLayout w:type="fixed"/>
        <w:tblLook w:val="04A0" w:firstRow="1" w:lastRow="0" w:firstColumn="1" w:lastColumn="0" w:noHBand="0" w:noVBand="1"/>
      </w:tblPr>
      <w:tblGrid>
        <w:gridCol w:w="792"/>
        <w:gridCol w:w="9288"/>
      </w:tblGrid>
      <w:tr w:rsidR="00DF1130" w:rsidRPr="00EA0EAA" w14:paraId="280371F2" w14:textId="77777777">
        <w:trPr>
          <w:jc w:val="center"/>
        </w:trPr>
        <w:tc>
          <w:tcPr>
            <w:tcW w:w="792" w:type="dxa"/>
            <w:tcBorders>
              <w:top w:val="single" w:sz="0" w:space="0" w:color="0A1414"/>
              <w:left w:val="single" w:sz="0" w:space="0" w:color="0A1414"/>
              <w:bottom w:val="single" w:sz="0" w:space="0" w:color="0A1414"/>
              <w:right w:val="single" w:sz="0" w:space="0" w:color="0A1414"/>
            </w:tcBorders>
            <w:shd w:val="clear" w:color="auto" w:fill="C8EB00"/>
            <w:vAlign w:val="center"/>
          </w:tcPr>
          <w:p w14:paraId="36E3AE0E" w14:textId="77777777" w:rsidR="00DF1130" w:rsidRPr="00EA0EAA" w:rsidRDefault="006A347F">
            <w:pPr>
              <w:jc w:val="center"/>
              <w:rPr>
                <w:rFonts w:ascii="Neue Haas Grotesk Text Pro" w:hAnsi="Neue Haas Grotesk Text Pro"/>
              </w:rPr>
            </w:pPr>
            <w:r w:rsidRPr="00EA0EAA">
              <w:rPr>
                <w:rFonts w:ascii="Neue Haas Grotesk Text Pro" w:hAnsi="Neue Haas Grotesk Text Pro"/>
                <w:b/>
                <w:sz w:val="26"/>
              </w:rPr>
              <w:t>1</w:t>
            </w:r>
          </w:p>
        </w:tc>
        <w:tc>
          <w:tcPr>
            <w:tcW w:w="9288" w:type="dxa"/>
            <w:tcBorders>
              <w:top w:val="single" w:sz="0" w:space="0" w:color="0A1414"/>
              <w:left w:val="single" w:sz="0" w:space="0" w:color="0A1414"/>
              <w:bottom w:val="single" w:sz="0" w:space="0" w:color="0A1414"/>
              <w:right w:val="single" w:sz="0" w:space="0" w:color="0A1414"/>
            </w:tcBorders>
            <w:shd w:val="clear" w:color="auto" w:fill="0A1414"/>
            <w:vAlign w:val="center"/>
          </w:tcPr>
          <w:p w14:paraId="57991D3C" w14:textId="77777777" w:rsidR="00DF1130" w:rsidRPr="00EA0EAA" w:rsidRDefault="006A347F">
            <w:pPr>
              <w:rPr>
                <w:rFonts w:ascii="Neue Haas Grotesk Text Pro" w:hAnsi="Neue Haas Grotesk Text Pro"/>
              </w:rPr>
            </w:pPr>
            <w:r w:rsidRPr="00EA0EAA">
              <w:rPr>
                <w:rFonts w:ascii="Neue Haas Grotesk Text Pro" w:hAnsi="Neue Haas Grotesk Text Pro"/>
                <w:b/>
                <w:color w:val="FFFFFF"/>
                <w:sz w:val="26"/>
              </w:rPr>
              <w:t>Student and module details</w:t>
            </w:r>
          </w:p>
        </w:tc>
      </w:tr>
    </w:tbl>
    <w:p w14:paraId="27372104" w14:textId="77777777" w:rsidR="00DF1130" w:rsidRPr="00EA0EAA" w:rsidRDefault="00DF1130">
      <w:pPr>
        <w:spacing w:after="80"/>
        <w:rPr>
          <w:rFonts w:ascii="Neue Haas Grotesk Text Pro" w:hAnsi="Neue Haas Grotesk Text Pro"/>
        </w:rPr>
      </w:pPr>
    </w:p>
    <w:tbl>
      <w:tblPr>
        <w:tblW w:w="0" w:type="auto"/>
        <w:jc w:val="center"/>
        <w:tblLayout w:type="fixed"/>
        <w:tblLook w:val="04A0" w:firstRow="1" w:lastRow="0" w:firstColumn="1" w:lastColumn="0" w:noHBand="0" w:noVBand="1"/>
      </w:tblPr>
      <w:tblGrid>
        <w:gridCol w:w="2232"/>
        <w:gridCol w:w="2951"/>
        <w:gridCol w:w="2232"/>
        <w:gridCol w:w="2951"/>
      </w:tblGrid>
      <w:tr w:rsidR="00DF1130" w:rsidRPr="00EA0EAA" w14:paraId="7B144BD7" w14:textId="77777777">
        <w:trPr>
          <w:cantSplit/>
          <w:jc w:val="center"/>
        </w:trPr>
        <w:tc>
          <w:tcPr>
            <w:tcW w:w="2232" w:type="dxa"/>
            <w:tcBorders>
              <w:top w:val="single" w:sz="4" w:space="0" w:color="D8DDDD"/>
              <w:left w:val="single" w:sz="4" w:space="0" w:color="D8DDDD"/>
              <w:bottom w:val="single" w:sz="4" w:space="0" w:color="D8DDDD"/>
              <w:right w:val="single" w:sz="4" w:space="0" w:color="D8DDDD"/>
            </w:tcBorders>
            <w:shd w:val="clear" w:color="auto" w:fill="F4F7F7"/>
            <w:vAlign w:val="center"/>
          </w:tcPr>
          <w:p w14:paraId="08FA509A" w14:textId="77777777" w:rsidR="00DF1130" w:rsidRPr="00EA0EAA" w:rsidRDefault="006A347F">
            <w:pPr>
              <w:rPr>
                <w:rFonts w:ascii="Neue Haas Grotesk Text Pro" w:hAnsi="Neue Haas Grotesk Text Pro"/>
              </w:rPr>
            </w:pPr>
            <w:r w:rsidRPr="00EA0EAA">
              <w:rPr>
                <w:rFonts w:ascii="Neue Haas Grotesk Text Pro" w:hAnsi="Neue Haas Grotesk Text Pro"/>
                <w:b/>
                <w:sz w:val="19"/>
              </w:rPr>
              <w:t>Student name</w:t>
            </w:r>
          </w:p>
        </w:tc>
        <w:tc>
          <w:tcPr>
            <w:tcW w:w="2951" w:type="dxa"/>
            <w:tcBorders>
              <w:top w:val="single" w:sz="4" w:space="0" w:color="D8DDDD"/>
              <w:left w:val="single" w:sz="4" w:space="0" w:color="D8DDDD"/>
              <w:bottom w:val="single" w:sz="4" w:space="0" w:color="D8DDDD"/>
              <w:right w:val="single" w:sz="4" w:space="0" w:color="D8DDDD"/>
            </w:tcBorders>
            <w:shd w:val="clear" w:color="auto" w:fill="FFFFFF"/>
            <w:vAlign w:val="center"/>
          </w:tcPr>
          <w:p w14:paraId="05F2D5A0" w14:textId="77777777" w:rsidR="00DF1130" w:rsidRPr="00EA0EAA" w:rsidRDefault="006A347F">
            <w:pPr>
              <w:rPr>
                <w:rFonts w:ascii="Neue Haas Grotesk Text Pro" w:hAnsi="Neue Haas Grotesk Text Pro"/>
              </w:rPr>
            </w:pPr>
            <w:r w:rsidRPr="00EA0EAA">
              <w:rPr>
                <w:rFonts w:ascii="Neue Haas Grotesk Text Pro" w:hAnsi="Neue Haas Grotesk Text Pro"/>
                <w:i/>
                <w:color w:val="666666"/>
                <w:sz w:val="19"/>
              </w:rPr>
              <w:t>Click or tap here to enter text</w:t>
            </w:r>
          </w:p>
        </w:tc>
        <w:tc>
          <w:tcPr>
            <w:tcW w:w="2232" w:type="dxa"/>
            <w:tcBorders>
              <w:top w:val="single" w:sz="4" w:space="0" w:color="D8DDDD"/>
              <w:left w:val="single" w:sz="4" w:space="0" w:color="D8DDDD"/>
              <w:bottom w:val="single" w:sz="4" w:space="0" w:color="D8DDDD"/>
              <w:right w:val="single" w:sz="4" w:space="0" w:color="D8DDDD"/>
            </w:tcBorders>
            <w:shd w:val="clear" w:color="auto" w:fill="F4F7F7"/>
            <w:vAlign w:val="center"/>
          </w:tcPr>
          <w:p w14:paraId="4FFA1F02" w14:textId="77777777" w:rsidR="00DF1130" w:rsidRPr="00EA0EAA" w:rsidRDefault="006A347F">
            <w:pPr>
              <w:rPr>
                <w:rFonts w:ascii="Neue Haas Grotesk Text Pro" w:hAnsi="Neue Haas Grotesk Text Pro"/>
              </w:rPr>
            </w:pPr>
            <w:r w:rsidRPr="00EA0EAA">
              <w:rPr>
                <w:rFonts w:ascii="Neue Haas Grotesk Text Pro" w:hAnsi="Neue Haas Grotesk Text Pro"/>
                <w:b/>
                <w:sz w:val="19"/>
              </w:rPr>
              <w:t>Student ID</w:t>
            </w:r>
          </w:p>
        </w:tc>
        <w:tc>
          <w:tcPr>
            <w:tcW w:w="2951" w:type="dxa"/>
            <w:tcBorders>
              <w:top w:val="single" w:sz="4" w:space="0" w:color="D8DDDD"/>
              <w:left w:val="single" w:sz="4" w:space="0" w:color="D8DDDD"/>
              <w:bottom w:val="single" w:sz="4" w:space="0" w:color="D8DDDD"/>
              <w:right w:val="single" w:sz="4" w:space="0" w:color="D8DDDD"/>
            </w:tcBorders>
            <w:shd w:val="clear" w:color="auto" w:fill="FFFFFF"/>
            <w:vAlign w:val="center"/>
          </w:tcPr>
          <w:p w14:paraId="49847F4B" w14:textId="77777777" w:rsidR="00DF1130" w:rsidRPr="00EA0EAA" w:rsidRDefault="006A347F">
            <w:pPr>
              <w:rPr>
                <w:rFonts w:ascii="Neue Haas Grotesk Text Pro" w:hAnsi="Neue Haas Grotesk Text Pro"/>
              </w:rPr>
            </w:pPr>
            <w:r w:rsidRPr="00EA0EAA">
              <w:rPr>
                <w:rFonts w:ascii="Neue Haas Grotesk Text Pro" w:hAnsi="Neue Haas Grotesk Text Pro"/>
                <w:i/>
                <w:color w:val="666666"/>
                <w:sz w:val="19"/>
              </w:rPr>
              <w:t>Click or tap here to enter text</w:t>
            </w:r>
          </w:p>
        </w:tc>
      </w:tr>
      <w:tr w:rsidR="00DF1130" w:rsidRPr="00EA0EAA" w14:paraId="44AA2467" w14:textId="77777777">
        <w:trPr>
          <w:cantSplit/>
          <w:jc w:val="center"/>
        </w:trPr>
        <w:tc>
          <w:tcPr>
            <w:tcW w:w="2232" w:type="dxa"/>
            <w:tcBorders>
              <w:top w:val="single" w:sz="4" w:space="0" w:color="D8DDDD"/>
              <w:left w:val="single" w:sz="4" w:space="0" w:color="D8DDDD"/>
              <w:bottom w:val="single" w:sz="4" w:space="0" w:color="D8DDDD"/>
              <w:right w:val="single" w:sz="4" w:space="0" w:color="D8DDDD"/>
            </w:tcBorders>
            <w:shd w:val="clear" w:color="auto" w:fill="F4F7F7"/>
            <w:vAlign w:val="center"/>
          </w:tcPr>
          <w:p w14:paraId="54AE7103" w14:textId="77777777" w:rsidR="00DF1130" w:rsidRPr="00EA0EAA" w:rsidRDefault="006A347F">
            <w:pPr>
              <w:rPr>
                <w:rFonts w:ascii="Neue Haas Grotesk Text Pro" w:hAnsi="Neue Haas Grotesk Text Pro"/>
              </w:rPr>
            </w:pPr>
            <w:r w:rsidRPr="00EA0EAA">
              <w:rPr>
                <w:rFonts w:ascii="Neue Haas Grotesk Text Pro" w:hAnsi="Neue Haas Grotesk Text Pro"/>
                <w:b/>
                <w:sz w:val="19"/>
              </w:rPr>
              <w:t>Course / programme</w:t>
            </w:r>
          </w:p>
        </w:tc>
        <w:tc>
          <w:tcPr>
            <w:tcW w:w="2951" w:type="dxa"/>
            <w:tcBorders>
              <w:top w:val="single" w:sz="4" w:space="0" w:color="D8DDDD"/>
              <w:left w:val="single" w:sz="4" w:space="0" w:color="D8DDDD"/>
              <w:bottom w:val="single" w:sz="4" w:space="0" w:color="D8DDDD"/>
              <w:right w:val="single" w:sz="4" w:space="0" w:color="D8DDDD"/>
            </w:tcBorders>
            <w:shd w:val="clear" w:color="auto" w:fill="FFFFFF"/>
            <w:vAlign w:val="center"/>
          </w:tcPr>
          <w:p w14:paraId="43326E4F" w14:textId="77777777" w:rsidR="00DF1130" w:rsidRPr="00EA0EAA" w:rsidRDefault="006A347F">
            <w:pPr>
              <w:rPr>
                <w:rFonts w:ascii="Neue Haas Grotesk Text Pro" w:hAnsi="Neue Haas Grotesk Text Pro"/>
              </w:rPr>
            </w:pPr>
            <w:r w:rsidRPr="00EA0EAA">
              <w:rPr>
                <w:rFonts w:ascii="Neue Haas Grotesk Text Pro" w:hAnsi="Neue Haas Grotesk Text Pro"/>
                <w:i/>
                <w:color w:val="666666"/>
                <w:sz w:val="19"/>
              </w:rPr>
              <w:t>Click or tap here to enter text</w:t>
            </w:r>
          </w:p>
        </w:tc>
        <w:tc>
          <w:tcPr>
            <w:tcW w:w="2232" w:type="dxa"/>
            <w:tcBorders>
              <w:top w:val="single" w:sz="4" w:space="0" w:color="D8DDDD"/>
              <w:left w:val="single" w:sz="4" w:space="0" w:color="D8DDDD"/>
              <w:bottom w:val="single" w:sz="4" w:space="0" w:color="D8DDDD"/>
              <w:right w:val="single" w:sz="4" w:space="0" w:color="D8DDDD"/>
            </w:tcBorders>
            <w:shd w:val="clear" w:color="auto" w:fill="F4F7F7"/>
            <w:vAlign w:val="center"/>
          </w:tcPr>
          <w:p w14:paraId="00BEADF6" w14:textId="77777777" w:rsidR="00DF1130" w:rsidRPr="00EA0EAA" w:rsidRDefault="006A347F">
            <w:pPr>
              <w:rPr>
                <w:rFonts w:ascii="Neue Haas Grotesk Text Pro" w:hAnsi="Neue Haas Grotesk Text Pro"/>
              </w:rPr>
            </w:pPr>
            <w:r w:rsidRPr="00EA0EAA">
              <w:rPr>
                <w:rFonts w:ascii="Neue Haas Grotesk Text Pro" w:hAnsi="Neue Haas Grotesk Text Pro"/>
                <w:b/>
                <w:sz w:val="19"/>
              </w:rPr>
              <w:t>Academic year</w:t>
            </w:r>
          </w:p>
        </w:tc>
        <w:tc>
          <w:tcPr>
            <w:tcW w:w="2951" w:type="dxa"/>
            <w:tcBorders>
              <w:top w:val="single" w:sz="4" w:space="0" w:color="D8DDDD"/>
              <w:left w:val="single" w:sz="4" w:space="0" w:color="D8DDDD"/>
              <w:bottom w:val="single" w:sz="4" w:space="0" w:color="D8DDDD"/>
              <w:right w:val="single" w:sz="4" w:space="0" w:color="D8DDDD"/>
            </w:tcBorders>
            <w:shd w:val="clear" w:color="auto" w:fill="FFFFFF"/>
            <w:vAlign w:val="center"/>
          </w:tcPr>
          <w:p w14:paraId="2E246101" w14:textId="77777777" w:rsidR="00DF1130" w:rsidRPr="00EA0EAA" w:rsidRDefault="006A347F">
            <w:pPr>
              <w:rPr>
                <w:rFonts w:ascii="Neue Haas Grotesk Text Pro" w:hAnsi="Neue Haas Grotesk Text Pro"/>
              </w:rPr>
            </w:pPr>
            <w:r w:rsidRPr="00EA0EAA">
              <w:rPr>
                <w:rFonts w:ascii="Neue Haas Grotesk Text Pro" w:hAnsi="Neue Haas Grotesk Text Pro"/>
                <w:i/>
                <w:color w:val="666666"/>
                <w:sz w:val="19"/>
              </w:rPr>
              <w:t>Click or tap here to enter text</w:t>
            </w:r>
          </w:p>
        </w:tc>
      </w:tr>
      <w:tr w:rsidR="00DF1130" w:rsidRPr="00EA0EAA" w14:paraId="601F975B" w14:textId="77777777">
        <w:trPr>
          <w:cantSplit/>
          <w:jc w:val="center"/>
        </w:trPr>
        <w:tc>
          <w:tcPr>
            <w:tcW w:w="2232" w:type="dxa"/>
            <w:tcBorders>
              <w:top w:val="single" w:sz="4" w:space="0" w:color="D8DDDD"/>
              <w:left w:val="single" w:sz="4" w:space="0" w:color="D8DDDD"/>
              <w:bottom w:val="single" w:sz="4" w:space="0" w:color="D8DDDD"/>
              <w:right w:val="single" w:sz="4" w:space="0" w:color="D8DDDD"/>
            </w:tcBorders>
            <w:shd w:val="clear" w:color="auto" w:fill="F4F7F7"/>
            <w:vAlign w:val="center"/>
          </w:tcPr>
          <w:p w14:paraId="4E435BDF" w14:textId="77777777" w:rsidR="00DF1130" w:rsidRPr="00EA0EAA" w:rsidRDefault="006A347F">
            <w:pPr>
              <w:rPr>
                <w:rFonts w:ascii="Neue Haas Grotesk Text Pro" w:hAnsi="Neue Haas Grotesk Text Pro"/>
              </w:rPr>
            </w:pPr>
            <w:r w:rsidRPr="00EA0EAA">
              <w:rPr>
                <w:rFonts w:ascii="Neue Haas Grotesk Text Pro" w:hAnsi="Neue Haas Grotesk Text Pro"/>
                <w:b/>
                <w:sz w:val="19"/>
              </w:rPr>
              <w:t>Module code</w:t>
            </w:r>
          </w:p>
        </w:tc>
        <w:tc>
          <w:tcPr>
            <w:tcW w:w="2951" w:type="dxa"/>
            <w:tcBorders>
              <w:top w:val="single" w:sz="4" w:space="0" w:color="D8DDDD"/>
              <w:left w:val="single" w:sz="4" w:space="0" w:color="D8DDDD"/>
              <w:bottom w:val="single" w:sz="4" w:space="0" w:color="D8DDDD"/>
              <w:right w:val="single" w:sz="4" w:space="0" w:color="D8DDDD"/>
            </w:tcBorders>
            <w:shd w:val="clear" w:color="auto" w:fill="FFFFFF"/>
            <w:vAlign w:val="center"/>
          </w:tcPr>
          <w:p w14:paraId="09285115" w14:textId="77777777" w:rsidR="00DF1130" w:rsidRPr="00EA0EAA" w:rsidRDefault="006A347F">
            <w:pPr>
              <w:rPr>
                <w:rFonts w:ascii="Neue Haas Grotesk Text Pro" w:hAnsi="Neue Haas Grotesk Text Pro"/>
              </w:rPr>
            </w:pPr>
            <w:r w:rsidRPr="00EA0EAA">
              <w:rPr>
                <w:rFonts w:ascii="Neue Haas Grotesk Text Pro" w:hAnsi="Neue Haas Grotesk Text Pro"/>
                <w:i/>
                <w:color w:val="666666"/>
                <w:sz w:val="19"/>
              </w:rPr>
              <w:t>Click or tap here to enter text</w:t>
            </w:r>
          </w:p>
        </w:tc>
        <w:tc>
          <w:tcPr>
            <w:tcW w:w="2232" w:type="dxa"/>
            <w:tcBorders>
              <w:top w:val="single" w:sz="4" w:space="0" w:color="D8DDDD"/>
              <w:left w:val="single" w:sz="4" w:space="0" w:color="D8DDDD"/>
              <w:bottom w:val="single" w:sz="4" w:space="0" w:color="D8DDDD"/>
              <w:right w:val="single" w:sz="4" w:space="0" w:color="D8DDDD"/>
            </w:tcBorders>
            <w:shd w:val="clear" w:color="auto" w:fill="F4F7F7"/>
            <w:vAlign w:val="center"/>
          </w:tcPr>
          <w:p w14:paraId="6ABB48A6" w14:textId="77777777" w:rsidR="00DF1130" w:rsidRPr="00EA0EAA" w:rsidRDefault="006A347F">
            <w:pPr>
              <w:rPr>
                <w:rFonts w:ascii="Neue Haas Grotesk Text Pro" w:hAnsi="Neue Haas Grotesk Text Pro"/>
              </w:rPr>
            </w:pPr>
            <w:r w:rsidRPr="00EA0EAA">
              <w:rPr>
                <w:rFonts w:ascii="Neue Haas Grotesk Text Pro" w:hAnsi="Neue Haas Grotesk Text Pro"/>
                <w:b/>
                <w:sz w:val="19"/>
              </w:rPr>
              <w:t>Module title</w:t>
            </w:r>
          </w:p>
        </w:tc>
        <w:tc>
          <w:tcPr>
            <w:tcW w:w="2951" w:type="dxa"/>
            <w:tcBorders>
              <w:top w:val="single" w:sz="4" w:space="0" w:color="D8DDDD"/>
              <w:left w:val="single" w:sz="4" w:space="0" w:color="D8DDDD"/>
              <w:bottom w:val="single" w:sz="4" w:space="0" w:color="D8DDDD"/>
              <w:right w:val="single" w:sz="4" w:space="0" w:color="D8DDDD"/>
            </w:tcBorders>
            <w:shd w:val="clear" w:color="auto" w:fill="FFFFFF"/>
            <w:vAlign w:val="center"/>
          </w:tcPr>
          <w:p w14:paraId="2DDF0716" w14:textId="77777777" w:rsidR="00DF1130" w:rsidRPr="00EA0EAA" w:rsidRDefault="006A347F">
            <w:pPr>
              <w:rPr>
                <w:rFonts w:ascii="Neue Haas Grotesk Text Pro" w:hAnsi="Neue Haas Grotesk Text Pro"/>
              </w:rPr>
            </w:pPr>
            <w:r w:rsidRPr="00EA0EAA">
              <w:rPr>
                <w:rFonts w:ascii="Neue Haas Grotesk Text Pro" w:hAnsi="Neue Haas Grotesk Text Pro"/>
                <w:i/>
                <w:color w:val="666666"/>
                <w:sz w:val="19"/>
              </w:rPr>
              <w:t>Click or tap here to enter text</w:t>
            </w:r>
          </w:p>
        </w:tc>
      </w:tr>
      <w:tr w:rsidR="00DF1130" w:rsidRPr="00EA0EAA" w14:paraId="3E843A02" w14:textId="77777777">
        <w:trPr>
          <w:cantSplit/>
          <w:jc w:val="center"/>
        </w:trPr>
        <w:tc>
          <w:tcPr>
            <w:tcW w:w="2232" w:type="dxa"/>
            <w:tcBorders>
              <w:top w:val="single" w:sz="4" w:space="0" w:color="D8DDDD"/>
              <w:left w:val="single" w:sz="4" w:space="0" w:color="D8DDDD"/>
              <w:bottom w:val="single" w:sz="4" w:space="0" w:color="D8DDDD"/>
              <w:right w:val="single" w:sz="4" w:space="0" w:color="D8DDDD"/>
            </w:tcBorders>
            <w:shd w:val="clear" w:color="auto" w:fill="F4F7F7"/>
            <w:vAlign w:val="center"/>
          </w:tcPr>
          <w:p w14:paraId="36FE5906" w14:textId="77777777" w:rsidR="00DF1130" w:rsidRPr="00EA0EAA" w:rsidRDefault="006A347F">
            <w:pPr>
              <w:rPr>
                <w:rFonts w:ascii="Neue Haas Grotesk Text Pro" w:hAnsi="Neue Haas Grotesk Text Pro"/>
              </w:rPr>
            </w:pPr>
            <w:r w:rsidRPr="00EA0EAA">
              <w:rPr>
                <w:rFonts w:ascii="Neue Haas Grotesk Text Pro" w:hAnsi="Neue Haas Grotesk Text Pro"/>
                <w:b/>
                <w:sz w:val="19"/>
              </w:rPr>
              <w:t>Assessment title / task</w:t>
            </w:r>
          </w:p>
        </w:tc>
        <w:tc>
          <w:tcPr>
            <w:tcW w:w="2951" w:type="dxa"/>
            <w:tcBorders>
              <w:top w:val="single" w:sz="4" w:space="0" w:color="D8DDDD"/>
              <w:left w:val="single" w:sz="4" w:space="0" w:color="D8DDDD"/>
              <w:bottom w:val="single" w:sz="4" w:space="0" w:color="D8DDDD"/>
              <w:right w:val="single" w:sz="4" w:space="0" w:color="D8DDDD"/>
            </w:tcBorders>
            <w:shd w:val="clear" w:color="auto" w:fill="FFFFFF"/>
            <w:vAlign w:val="center"/>
          </w:tcPr>
          <w:p w14:paraId="56AA0249" w14:textId="77777777" w:rsidR="00DF1130" w:rsidRPr="00EA0EAA" w:rsidRDefault="006A347F">
            <w:pPr>
              <w:rPr>
                <w:rFonts w:ascii="Neue Haas Grotesk Text Pro" w:hAnsi="Neue Haas Grotesk Text Pro"/>
              </w:rPr>
            </w:pPr>
            <w:r w:rsidRPr="00EA0EAA">
              <w:rPr>
                <w:rFonts w:ascii="Neue Haas Grotesk Text Pro" w:hAnsi="Neue Haas Grotesk Text Pro"/>
                <w:i/>
                <w:color w:val="666666"/>
                <w:sz w:val="19"/>
              </w:rPr>
              <w:t>Click or tap here to enter text</w:t>
            </w:r>
          </w:p>
        </w:tc>
        <w:tc>
          <w:tcPr>
            <w:tcW w:w="2232" w:type="dxa"/>
            <w:tcBorders>
              <w:top w:val="single" w:sz="4" w:space="0" w:color="D8DDDD"/>
              <w:left w:val="single" w:sz="4" w:space="0" w:color="D8DDDD"/>
              <w:bottom w:val="single" w:sz="4" w:space="0" w:color="D8DDDD"/>
              <w:right w:val="single" w:sz="4" w:space="0" w:color="D8DDDD"/>
            </w:tcBorders>
            <w:shd w:val="clear" w:color="auto" w:fill="F4F7F7"/>
            <w:vAlign w:val="center"/>
          </w:tcPr>
          <w:p w14:paraId="532692D2" w14:textId="77777777" w:rsidR="00DF1130" w:rsidRPr="00EA0EAA" w:rsidRDefault="006A347F">
            <w:pPr>
              <w:rPr>
                <w:rFonts w:ascii="Neue Haas Grotesk Text Pro" w:hAnsi="Neue Haas Grotesk Text Pro"/>
              </w:rPr>
            </w:pPr>
            <w:r w:rsidRPr="00EA0EAA">
              <w:rPr>
                <w:rFonts w:ascii="Neue Haas Grotesk Text Pro" w:hAnsi="Neue Haas Grotesk Text Pro"/>
                <w:b/>
                <w:sz w:val="19"/>
              </w:rPr>
              <w:t>Submission date</w:t>
            </w:r>
          </w:p>
        </w:tc>
        <w:tc>
          <w:tcPr>
            <w:tcW w:w="2951" w:type="dxa"/>
            <w:tcBorders>
              <w:top w:val="single" w:sz="4" w:space="0" w:color="D8DDDD"/>
              <w:left w:val="single" w:sz="4" w:space="0" w:color="D8DDDD"/>
              <w:bottom w:val="single" w:sz="4" w:space="0" w:color="D8DDDD"/>
              <w:right w:val="single" w:sz="4" w:space="0" w:color="D8DDDD"/>
            </w:tcBorders>
            <w:shd w:val="clear" w:color="auto" w:fill="FFFFFF"/>
            <w:vAlign w:val="center"/>
          </w:tcPr>
          <w:p w14:paraId="09DB5623" w14:textId="77777777" w:rsidR="00DF1130" w:rsidRPr="00EA0EAA" w:rsidRDefault="006A347F">
            <w:pPr>
              <w:rPr>
                <w:rFonts w:ascii="Neue Haas Grotesk Text Pro" w:hAnsi="Neue Haas Grotesk Text Pro"/>
              </w:rPr>
            </w:pPr>
            <w:r w:rsidRPr="00EA0EAA">
              <w:rPr>
                <w:rFonts w:ascii="Neue Haas Grotesk Text Pro" w:hAnsi="Neue Haas Grotesk Text Pro"/>
                <w:i/>
                <w:color w:val="666666"/>
                <w:sz w:val="19"/>
              </w:rPr>
              <w:t>Click or tap here to enter text</w:t>
            </w:r>
          </w:p>
        </w:tc>
      </w:tr>
      <w:tr w:rsidR="00B02816" w:rsidRPr="00EA0EAA" w14:paraId="0FC2CB1D" w14:textId="77777777">
        <w:trPr>
          <w:cantSplit/>
          <w:jc w:val="center"/>
        </w:trPr>
        <w:tc>
          <w:tcPr>
            <w:tcW w:w="2232" w:type="dxa"/>
            <w:tcBorders>
              <w:top w:val="single" w:sz="4" w:space="0" w:color="D8DDDD"/>
              <w:left w:val="single" w:sz="4" w:space="0" w:color="D8DDDD"/>
              <w:bottom w:val="single" w:sz="4" w:space="0" w:color="D8DDDD"/>
              <w:right w:val="single" w:sz="4" w:space="0" w:color="D8DDDD"/>
            </w:tcBorders>
            <w:shd w:val="clear" w:color="auto" w:fill="F4F7F7"/>
            <w:vAlign w:val="center"/>
          </w:tcPr>
          <w:p w14:paraId="71B22887" w14:textId="77777777" w:rsidR="00B02816" w:rsidRPr="00EA0EAA" w:rsidRDefault="00B02816" w:rsidP="00B02816">
            <w:pPr>
              <w:rPr>
                <w:rFonts w:ascii="Neue Haas Grotesk Text Pro" w:hAnsi="Neue Haas Grotesk Text Pro"/>
              </w:rPr>
            </w:pPr>
            <w:r w:rsidRPr="00EA0EAA">
              <w:rPr>
                <w:rFonts w:ascii="Neue Haas Grotesk Text Pro" w:hAnsi="Neue Haas Grotesk Text Pro"/>
                <w:b/>
                <w:sz w:val="19"/>
              </w:rPr>
              <w:t>Module lead / tutor</w:t>
            </w:r>
          </w:p>
        </w:tc>
        <w:tc>
          <w:tcPr>
            <w:tcW w:w="2951" w:type="dxa"/>
            <w:tcBorders>
              <w:top w:val="single" w:sz="4" w:space="0" w:color="D8DDDD"/>
              <w:left w:val="single" w:sz="4" w:space="0" w:color="D8DDDD"/>
              <w:bottom w:val="single" w:sz="4" w:space="0" w:color="D8DDDD"/>
              <w:right w:val="single" w:sz="4" w:space="0" w:color="D8DDDD"/>
            </w:tcBorders>
            <w:shd w:val="clear" w:color="auto" w:fill="FFFFFF"/>
            <w:vAlign w:val="center"/>
          </w:tcPr>
          <w:p w14:paraId="5AC9C006" w14:textId="77777777" w:rsidR="00B02816" w:rsidRPr="00EA0EAA" w:rsidRDefault="00B02816" w:rsidP="00B02816">
            <w:pPr>
              <w:rPr>
                <w:rFonts w:ascii="Neue Haas Grotesk Text Pro" w:hAnsi="Neue Haas Grotesk Text Pro"/>
              </w:rPr>
            </w:pPr>
            <w:r w:rsidRPr="00EA0EAA">
              <w:rPr>
                <w:rFonts w:ascii="Neue Haas Grotesk Text Pro" w:hAnsi="Neue Haas Grotesk Text Pro"/>
                <w:i/>
                <w:color w:val="666666"/>
                <w:sz w:val="19"/>
              </w:rPr>
              <w:t>Click or tap here to enter text</w:t>
            </w:r>
          </w:p>
        </w:tc>
        <w:tc>
          <w:tcPr>
            <w:tcW w:w="2232" w:type="dxa"/>
            <w:tcBorders>
              <w:top w:val="single" w:sz="4" w:space="0" w:color="D8DDDD"/>
              <w:left w:val="single" w:sz="4" w:space="0" w:color="D8DDDD"/>
              <w:bottom w:val="single" w:sz="4" w:space="0" w:color="D8DDDD"/>
              <w:right w:val="single" w:sz="4" w:space="0" w:color="D8DDDD"/>
            </w:tcBorders>
            <w:shd w:val="clear" w:color="auto" w:fill="F4F7F7"/>
            <w:vAlign w:val="center"/>
          </w:tcPr>
          <w:p w14:paraId="08D87F20" w14:textId="5E7B99A2" w:rsidR="00B02816" w:rsidRPr="00EA0EAA" w:rsidRDefault="00B02816" w:rsidP="00B02816">
            <w:pPr>
              <w:rPr>
                <w:rFonts w:ascii="Neue Haas Grotesk Text Pro" w:hAnsi="Neue Haas Grotesk Text Pro"/>
              </w:rPr>
            </w:pPr>
            <w:r w:rsidRPr="00EA0EAA">
              <w:rPr>
                <w:rFonts w:ascii="Neue Haas Grotesk Text Pro" w:hAnsi="Neue Haas Grotesk Text Pro"/>
                <w:b/>
                <w:sz w:val="19"/>
              </w:rPr>
              <w:t>Permitted AI level for this assessment</w:t>
            </w:r>
          </w:p>
        </w:tc>
        <w:tc>
          <w:tcPr>
            <w:tcW w:w="2951" w:type="dxa"/>
            <w:tcBorders>
              <w:top w:val="single" w:sz="4" w:space="0" w:color="D8DDDD"/>
              <w:left w:val="single" w:sz="4" w:space="0" w:color="D8DDDD"/>
              <w:bottom w:val="single" w:sz="4" w:space="0" w:color="D8DDDD"/>
              <w:right w:val="single" w:sz="4" w:space="0" w:color="D8DDDD"/>
            </w:tcBorders>
            <w:shd w:val="clear" w:color="auto" w:fill="FFFFFF"/>
            <w:vAlign w:val="center"/>
          </w:tcPr>
          <w:p w14:paraId="7491930A" w14:textId="46C1B1A5" w:rsidR="00B02816" w:rsidRPr="00EA0EAA" w:rsidRDefault="00B02816" w:rsidP="00B02816">
            <w:pPr>
              <w:rPr>
                <w:rFonts w:ascii="Neue Haas Grotesk Text Pro" w:hAnsi="Neue Haas Grotesk Text Pro"/>
              </w:rPr>
            </w:pPr>
            <w:r w:rsidRPr="00EA0EAA">
              <w:rPr>
                <w:rFonts w:ascii="Neue Haas Grotesk Text Pro" w:hAnsi="Neue Haas Grotesk Text Pro"/>
                <w:i/>
                <w:color w:val="666666"/>
                <w:sz w:val="19"/>
              </w:rPr>
              <w:t>Level 1 / 2 / 3 / 4 / 5</w:t>
            </w:r>
          </w:p>
        </w:tc>
      </w:tr>
    </w:tbl>
    <w:p w14:paraId="7995F990" w14:textId="5C5F58F1" w:rsidR="00DF1130" w:rsidRDefault="00DF1130">
      <w:pPr>
        <w:rPr>
          <w:rFonts w:ascii="Neue Haas Grotesk Text Pro" w:hAnsi="Neue Haas Grotesk Text Pro"/>
        </w:rPr>
      </w:pPr>
    </w:p>
    <w:tbl>
      <w:tblPr>
        <w:tblW w:w="0" w:type="auto"/>
        <w:jc w:val="center"/>
        <w:tblLayout w:type="fixed"/>
        <w:tblLook w:val="04A0" w:firstRow="1" w:lastRow="0" w:firstColumn="1" w:lastColumn="0" w:noHBand="0" w:noVBand="1"/>
      </w:tblPr>
      <w:tblGrid>
        <w:gridCol w:w="792"/>
        <w:gridCol w:w="9288"/>
      </w:tblGrid>
      <w:tr w:rsidR="00B02816" w:rsidRPr="00EA0EAA" w14:paraId="00FF68C6" w14:textId="77777777" w:rsidTr="0020390E">
        <w:trPr>
          <w:jc w:val="center"/>
        </w:trPr>
        <w:tc>
          <w:tcPr>
            <w:tcW w:w="792" w:type="dxa"/>
            <w:tcBorders>
              <w:top w:val="single" w:sz="0" w:space="0" w:color="0A1414"/>
              <w:left w:val="single" w:sz="0" w:space="0" w:color="0A1414"/>
              <w:bottom w:val="single" w:sz="0" w:space="0" w:color="0A1414"/>
              <w:right w:val="single" w:sz="0" w:space="0" w:color="0A1414"/>
            </w:tcBorders>
            <w:shd w:val="clear" w:color="auto" w:fill="C8EB00"/>
            <w:vAlign w:val="center"/>
          </w:tcPr>
          <w:p w14:paraId="2C568E43" w14:textId="479BF1A6" w:rsidR="00B02816" w:rsidRPr="00EA0EAA" w:rsidRDefault="00B02816" w:rsidP="0020390E">
            <w:pPr>
              <w:jc w:val="center"/>
              <w:rPr>
                <w:rFonts w:ascii="Neue Haas Grotesk Text Pro" w:hAnsi="Neue Haas Grotesk Text Pro"/>
              </w:rPr>
            </w:pPr>
            <w:r>
              <w:rPr>
                <w:rFonts w:ascii="Neue Haas Grotesk Text Pro" w:hAnsi="Neue Haas Grotesk Text Pro"/>
                <w:b/>
                <w:sz w:val="26"/>
              </w:rPr>
              <w:t>2</w:t>
            </w:r>
          </w:p>
        </w:tc>
        <w:tc>
          <w:tcPr>
            <w:tcW w:w="9288" w:type="dxa"/>
            <w:tcBorders>
              <w:top w:val="single" w:sz="0" w:space="0" w:color="0A1414"/>
              <w:left w:val="single" w:sz="0" w:space="0" w:color="0A1414"/>
              <w:bottom w:val="single" w:sz="0" w:space="0" w:color="0A1414"/>
              <w:right w:val="single" w:sz="0" w:space="0" w:color="0A1414"/>
            </w:tcBorders>
            <w:shd w:val="clear" w:color="auto" w:fill="0A1414"/>
            <w:vAlign w:val="center"/>
          </w:tcPr>
          <w:p w14:paraId="0F9C79F5" w14:textId="77777777" w:rsidR="00B02816" w:rsidRPr="00EA0EAA" w:rsidRDefault="00B02816" w:rsidP="0020390E">
            <w:pPr>
              <w:rPr>
                <w:rFonts w:ascii="Neue Haas Grotesk Text Pro" w:hAnsi="Neue Haas Grotesk Text Pro"/>
              </w:rPr>
            </w:pPr>
            <w:r w:rsidRPr="00EA0EAA">
              <w:rPr>
                <w:rFonts w:ascii="Neue Haas Grotesk Text Pro" w:hAnsi="Neue Haas Grotesk Text Pro"/>
                <w:b/>
                <w:color w:val="FFFFFF"/>
                <w:sz w:val="26"/>
              </w:rPr>
              <w:t>AI tools used</w:t>
            </w:r>
          </w:p>
        </w:tc>
      </w:tr>
    </w:tbl>
    <w:p w14:paraId="61633351" w14:textId="77777777" w:rsidR="00B02816" w:rsidRPr="00EA0EAA" w:rsidRDefault="00B02816" w:rsidP="00B02816">
      <w:pPr>
        <w:spacing w:after="80"/>
        <w:rPr>
          <w:rFonts w:ascii="Neue Haas Grotesk Text Pro" w:hAnsi="Neue Haas Grotesk Text Pro"/>
        </w:rPr>
      </w:pPr>
    </w:p>
    <w:tbl>
      <w:tblPr>
        <w:tblW w:w="0" w:type="auto"/>
        <w:jc w:val="center"/>
        <w:tblLook w:val="04A0" w:firstRow="1" w:lastRow="0" w:firstColumn="1" w:lastColumn="0" w:noHBand="0" w:noVBand="1"/>
      </w:tblPr>
      <w:tblGrid>
        <w:gridCol w:w="10196"/>
      </w:tblGrid>
      <w:tr w:rsidR="00B02816" w:rsidRPr="00EA0EAA" w14:paraId="6D1A159B" w14:textId="77777777" w:rsidTr="0020390E">
        <w:trPr>
          <w:cantSplit/>
          <w:jc w:val="center"/>
        </w:trPr>
        <w:tc>
          <w:tcPr>
            <w:tcW w:w="10206" w:type="dxa"/>
            <w:tcBorders>
              <w:top w:val="single" w:sz="18" w:space="0" w:color="C8EB00"/>
              <w:left w:val="single" w:sz="4" w:space="0" w:color="D8DDDD"/>
              <w:bottom w:val="single" w:sz="4" w:space="0" w:color="D8DDDD"/>
              <w:right w:val="single" w:sz="4" w:space="0" w:color="D8DDDD"/>
            </w:tcBorders>
            <w:shd w:val="clear" w:color="auto" w:fill="F4F7F7"/>
          </w:tcPr>
          <w:p w14:paraId="35B49DE4" w14:textId="77777777" w:rsidR="00B02816" w:rsidRPr="00EA0EAA" w:rsidRDefault="00B02816" w:rsidP="0020390E">
            <w:pPr>
              <w:spacing w:after="0"/>
              <w:rPr>
                <w:rFonts w:ascii="Neue Haas Grotesk Text Pro" w:hAnsi="Neue Haas Grotesk Text Pro"/>
              </w:rPr>
            </w:pPr>
            <w:r w:rsidRPr="00EA0EAA">
              <w:rPr>
                <w:rFonts w:ascii="Neue Haas Grotesk Text Pro" w:hAnsi="Neue Haas Grotesk Text Pro"/>
              </w:rPr>
              <w:t>Complete this section for each AI tool used. If no AI was used, write “No AI used” in the first row and leave the remaining rows blank.</w:t>
            </w:r>
          </w:p>
        </w:tc>
      </w:tr>
    </w:tbl>
    <w:p w14:paraId="1CBBDD16" w14:textId="77777777" w:rsidR="00B02816" w:rsidRPr="00EA0EAA" w:rsidRDefault="00B02816" w:rsidP="00B02816">
      <w:pPr>
        <w:spacing w:after="40"/>
        <w:rPr>
          <w:rFonts w:ascii="Neue Haas Grotesk Text Pro" w:hAnsi="Neue Haas Grotesk Text Pro"/>
        </w:rPr>
      </w:pPr>
    </w:p>
    <w:tbl>
      <w:tblPr>
        <w:tblW w:w="0" w:type="auto"/>
        <w:jc w:val="center"/>
        <w:tblLayout w:type="fixed"/>
        <w:tblLook w:val="04A0" w:firstRow="1" w:lastRow="0" w:firstColumn="1" w:lastColumn="0" w:noHBand="0" w:noVBand="1"/>
      </w:tblPr>
      <w:tblGrid>
        <w:gridCol w:w="1800"/>
        <w:gridCol w:w="1800"/>
        <w:gridCol w:w="1440"/>
        <w:gridCol w:w="2880"/>
        <w:gridCol w:w="2304"/>
      </w:tblGrid>
      <w:tr w:rsidR="00B02816" w:rsidRPr="00EA0EAA" w14:paraId="192A9574" w14:textId="77777777" w:rsidTr="0020390E">
        <w:trPr>
          <w:cantSplit/>
          <w:tblHeader/>
          <w:jc w:val="center"/>
        </w:trPr>
        <w:tc>
          <w:tcPr>
            <w:tcW w:w="1800" w:type="dxa"/>
            <w:tcBorders>
              <w:top w:val="single" w:sz="4" w:space="0" w:color="0A1414"/>
              <w:left w:val="single" w:sz="4" w:space="0" w:color="0A1414"/>
              <w:bottom w:val="single" w:sz="4" w:space="0" w:color="0A1414"/>
              <w:right w:val="single" w:sz="4" w:space="0" w:color="0A1414"/>
            </w:tcBorders>
            <w:shd w:val="clear" w:color="auto" w:fill="0A1414"/>
          </w:tcPr>
          <w:p w14:paraId="6E1D5F8B" w14:textId="77777777" w:rsidR="00B02816" w:rsidRPr="00EA0EAA" w:rsidRDefault="00B02816" w:rsidP="0020390E">
            <w:pPr>
              <w:rPr>
                <w:rFonts w:ascii="Neue Haas Grotesk Text Pro" w:hAnsi="Neue Haas Grotesk Text Pro"/>
              </w:rPr>
            </w:pPr>
            <w:r w:rsidRPr="00EA0EAA">
              <w:rPr>
                <w:rFonts w:ascii="Neue Haas Grotesk Text Pro" w:hAnsi="Neue Haas Grotesk Text Pro"/>
                <w:b/>
                <w:color w:val="FFFFFF"/>
                <w:sz w:val="17"/>
              </w:rPr>
              <w:t>AI tool used</w:t>
            </w:r>
          </w:p>
        </w:tc>
        <w:tc>
          <w:tcPr>
            <w:tcW w:w="1800" w:type="dxa"/>
            <w:tcBorders>
              <w:top w:val="single" w:sz="4" w:space="0" w:color="0A1414"/>
              <w:left w:val="single" w:sz="4" w:space="0" w:color="0A1414"/>
              <w:bottom w:val="single" w:sz="4" w:space="0" w:color="0A1414"/>
              <w:right w:val="single" w:sz="4" w:space="0" w:color="0A1414"/>
            </w:tcBorders>
            <w:shd w:val="clear" w:color="auto" w:fill="0A1414"/>
          </w:tcPr>
          <w:p w14:paraId="77E74D6E" w14:textId="77777777" w:rsidR="00B02816" w:rsidRPr="00EA0EAA" w:rsidRDefault="00B02816" w:rsidP="0020390E">
            <w:pPr>
              <w:rPr>
                <w:rFonts w:ascii="Neue Haas Grotesk Text Pro" w:hAnsi="Neue Haas Grotesk Text Pro"/>
              </w:rPr>
            </w:pPr>
            <w:r w:rsidRPr="00EA0EAA">
              <w:rPr>
                <w:rFonts w:ascii="Neue Haas Grotesk Text Pro" w:hAnsi="Neue Haas Grotesk Text Pro"/>
                <w:b/>
                <w:color w:val="FFFFFF"/>
                <w:sz w:val="17"/>
              </w:rPr>
              <w:t>Version / provider if known</w:t>
            </w:r>
          </w:p>
        </w:tc>
        <w:tc>
          <w:tcPr>
            <w:tcW w:w="1440" w:type="dxa"/>
            <w:tcBorders>
              <w:top w:val="single" w:sz="4" w:space="0" w:color="0A1414"/>
              <w:left w:val="single" w:sz="4" w:space="0" w:color="0A1414"/>
              <w:bottom w:val="single" w:sz="4" w:space="0" w:color="0A1414"/>
              <w:right w:val="single" w:sz="4" w:space="0" w:color="0A1414"/>
            </w:tcBorders>
            <w:shd w:val="clear" w:color="auto" w:fill="0A1414"/>
          </w:tcPr>
          <w:p w14:paraId="7F927190" w14:textId="77777777" w:rsidR="00B02816" w:rsidRPr="00EA0EAA" w:rsidRDefault="00B02816" w:rsidP="0020390E">
            <w:pPr>
              <w:rPr>
                <w:rFonts w:ascii="Neue Haas Grotesk Text Pro" w:hAnsi="Neue Haas Grotesk Text Pro"/>
              </w:rPr>
            </w:pPr>
            <w:r w:rsidRPr="00EA0EAA">
              <w:rPr>
                <w:rFonts w:ascii="Neue Haas Grotesk Text Pro" w:hAnsi="Neue Haas Grotesk Text Pro"/>
                <w:b/>
                <w:color w:val="FFFFFF"/>
                <w:sz w:val="17"/>
              </w:rPr>
              <w:t>Date(s) used</w:t>
            </w:r>
          </w:p>
        </w:tc>
        <w:tc>
          <w:tcPr>
            <w:tcW w:w="2880" w:type="dxa"/>
            <w:tcBorders>
              <w:top w:val="single" w:sz="4" w:space="0" w:color="0A1414"/>
              <w:left w:val="single" w:sz="4" w:space="0" w:color="0A1414"/>
              <w:bottom w:val="single" w:sz="4" w:space="0" w:color="0A1414"/>
              <w:right w:val="single" w:sz="4" w:space="0" w:color="0A1414"/>
            </w:tcBorders>
            <w:shd w:val="clear" w:color="auto" w:fill="0A1414"/>
          </w:tcPr>
          <w:p w14:paraId="301BA437" w14:textId="77777777" w:rsidR="00B02816" w:rsidRPr="00EA0EAA" w:rsidRDefault="00B02816" w:rsidP="0020390E">
            <w:pPr>
              <w:rPr>
                <w:rFonts w:ascii="Neue Haas Grotesk Text Pro" w:hAnsi="Neue Haas Grotesk Text Pro"/>
              </w:rPr>
            </w:pPr>
            <w:r w:rsidRPr="00EA0EAA">
              <w:rPr>
                <w:rFonts w:ascii="Neue Haas Grotesk Text Pro" w:hAnsi="Neue Haas Grotesk Text Pro"/>
                <w:b/>
                <w:color w:val="FFFFFF"/>
                <w:sz w:val="17"/>
              </w:rPr>
              <w:t>What you used it for</w:t>
            </w:r>
          </w:p>
        </w:tc>
        <w:tc>
          <w:tcPr>
            <w:tcW w:w="2304" w:type="dxa"/>
            <w:tcBorders>
              <w:top w:val="single" w:sz="4" w:space="0" w:color="0A1414"/>
              <w:left w:val="single" w:sz="4" w:space="0" w:color="0A1414"/>
              <w:bottom w:val="single" w:sz="4" w:space="0" w:color="0A1414"/>
              <w:right w:val="single" w:sz="4" w:space="0" w:color="0A1414"/>
            </w:tcBorders>
            <w:shd w:val="clear" w:color="auto" w:fill="0A1414"/>
          </w:tcPr>
          <w:p w14:paraId="2F77920C" w14:textId="77777777" w:rsidR="00B02816" w:rsidRPr="00EA0EAA" w:rsidRDefault="00B02816" w:rsidP="0020390E">
            <w:pPr>
              <w:rPr>
                <w:rFonts w:ascii="Neue Haas Grotesk Text Pro" w:hAnsi="Neue Haas Grotesk Text Pro"/>
              </w:rPr>
            </w:pPr>
            <w:r w:rsidRPr="00EA0EAA">
              <w:rPr>
                <w:rFonts w:ascii="Neue Haas Grotesk Text Pro" w:hAnsi="Neue Haas Grotesk Text Pro"/>
                <w:b/>
                <w:color w:val="FFFFFF"/>
                <w:sz w:val="17"/>
              </w:rPr>
              <w:t>Where this appears in the assessment</w:t>
            </w:r>
          </w:p>
        </w:tc>
      </w:tr>
      <w:tr w:rsidR="00B02816" w:rsidRPr="00EA0EAA" w14:paraId="5AB6B616" w14:textId="77777777" w:rsidTr="0020390E">
        <w:trPr>
          <w:cantSplit/>
          <w:jc w:val="center"/>
        </w:trPr>
        <w:tc>
          <w:tcPr>
            <w:tcW w:w="1800" w:type="dxa"/>
            <w:tcBorders>
              <w:top w:val="single" w:sz="4" w:space="0" w:color="D8DDDD"/>
              <w:left w:val="single" w:sz="4" w:space="0" w:color="D8DDDD"/>
              <w:bottom w:val="single" w:sz="4" w:space="0" w:color="D8DDDD"/>
              <w:right w:val="single" w:sz="4" w:space="0" w:color="D8DDDD"/>
            </w:tcBorders>
            <w:shd w:val="clear" w:color="auto" w:fill="FFFFFF"/>
          </w:tcPr>
          <w:p w14:paraId="11B4345F" w14:textId="77777777" w:rsidR="00B02816" w:rsidRPr="00EA0EAA" w:rsidRDefault="00B02816" w:rsidP="0020390E">
            <w:pPr>
              <w:rPr>
                <w:rFonts w:ascii="Neue Haas Grotesk Text Pro" w:hAnsi="Neue Haas Grotesk Text Pro"/>
              </w:rPr>
            </w:pPr>
            <w:r w:rsidRPr="00EA0EAA">
              <w:rPr>
                <w:rFonts w:ascii="Neue Haas Grotesk Text Pro" w:hAnsi="Neue Haas Grotesk Text Pro"/>
                <w:i/>
                <w:color w:val="7A7A7A"/>
                <w:sz w:val="17"/>
              </w:rPr>
              <w:t>Click or tap here to enter text</w:t>
            </w:r>
          </w:p>
        </w:tc>
        <w:tc>
          <w:tcPr>
            <w:tcW w:w="1800" w:type="dxa"/>
            <w:tcBorders>
              <w:top w:val="single" w:sz="4" w:space="0" w:color="D8DDDD"/>
              <w:left w:val="single" w:sz="4" w:space="0" w:color="D8DDDD"/>
              <w:bottom w:val="single" w:sz="4" w:space="0" w:color="D8DDDD"/>
              <w:right w:val="single" w:sz="4" w:space="0" w:color="D8DDDD"/>
            </w:tcBorders>
            <w:shd w:val="clear" w:color="auto" w:fill="FFFFFF"/>
          </w:tcPr>
          <w:p w14:paraId="4949E0F3" w14:textId="77777777" w:rsidR="00B02816" w:rsidRPr="00EA0EAA" w:rsidRDefault="00B02816" w:rsidP="0020390E">
            <w:pPr>
              <w:rPr>
                <w:rFonts w:ascii="Neue Haas Grotesk Text Pro" w:hAnsi="Neue Haas Grotesk Text Pro"/>
              </w:rPr>
            </w:pPr>
            <w:r w:rsidRPr="00EA0EAA">
              <w:rPr>
                <w:rFonts w:ascii="Neue Haas Grotesk Text Pro" w:hAnsi="Neue Haas Grotesk Text Pro"/>
                <w:i/>
                <w:color w:val="7A7A7A"/>
                <w:sz w:val="17"/>
              </w:rPr>
              <w:t>Click or tap here to enter text</w:t>
            </w:r>
          </w:p>
        </w:tc>
        <w:tc>
          <w:tcPr>
            <w:tcW w:w="1440" w:type="dxa"/>
            <w:tcBorders>
              <w:top w:val="single" w:sz="4" w:space="0" w:color="D8DDDD"/>
              <w:left w:val="single" w:sz="4" w:space="0" w:color="D8DDDD"/>
              <w:bottom w:val="single" w:sz="4" w:space="0" w:color="D8DDDD"/>
              <w:right w:val="single" w:sz="4" w:space="0" w:color="D8DDDD"/>
            </w:tcBorders>
            <w:shd w:val="clear" w:color="auto" w:fill="FFFFFF"/>
          </w:tcPr>
          <w:p w14:paraId="3247AC36" w14:textId="77777777" w:rsidR="00B02816" w:rsidRPr="00EA0EAA" w:rsidRDefault="00B02816" w:rsidP="0020390E">
            <w:pPr>
              <w:rPr>
                <w:rFonts w:ascii="Neue Haas Grotesk Text Pro" w:hAnsi="Neue Haas Grotesk Text Pro"/>
              </w:rPr>
            </w:pPr>
            <w:r w:rsidRPr="00EA0EAA">
              <w:rPr>
                <w:rFonts w:ascii="Neue Haas Grotesk Text Pro" w:hAnsi="Neue Haas Grotesk Text Pro"/>
                <w:i/>
                <w:color w:val="7A7A7A"/>
                <w:sz w:val="17"/>
              </w:rPr>
              <w:t>Click or tap here to enter text</w:t>
            </w:r>
          </w:p>
        </w:tc>
        <w:tc>
          <w:tcPr>
            <w:tcW w:w="2880" w:type="dxa"/>
            <w:tcBorders>
              <w:top w:val="single" w:sz="4" w:space="0" w:color="D8DDDD"/>
              <w:left w:val="single" w:sz="4" w:space="0" w:color="D8DDDD"/>
              <w:bottom w:val="single" w:sz="4" w:space="0" w:color="D8DDDD"/>
              <w:right w:val="single" w:sz="4" w:space="0" w:color="D8DDDD"/>
            </w:tcBorders>
            <w:shd w:val="clear" w:color="auto" w:fill="FFFFFF"/>
          </w:tcPr>
          <w:p w14:paraId="02A6569B" w14:textId="77777777" w:rsidR="00B02816" w:rsidRPr="00EA0EAA" w:rsidRDefault="00B02816" w:rsidP="0020390E">
            <w:pPr>
              <w:rPr>
                <w:rFonts w:ascii="Neue Haas Grotesk Text Pro" w:hAnsi="Neue Haas Grotesk Text Pro"/>
              </w:rPr>
            </w:pPr>
            <w:r w:rsidRPr="00EA0EAA">
              <w:rPr>
                <w:rFonts w:ascii="Neue Haas Grotesk Text Pro" w:hAnsi="Neue Haas Grotesk Text Pro"/>
                <w:i/>
                <w:color w:val="7A7A7A"/>
                <w:sz w:val="17"/>
              </w:rPr>
              <w:t>Click or tap here to enter text</w:t>
            </w:r>
          </w:p>
        </w:tc>
        <w:tc>
          <w:tcPr>
            <w:tcW w:w="2304" w:type="dxa"/>
            <w:tcBorders>
              <w:top w:val="single" w:sz="4" w:space="0" w:color="D8DDDD"/>
              <w:left w:val="single" w:sz="4" w:space="0" w:color="D8DDDD"/>
              <w:bottom w:val="single" w:sz="4" w:space="0" w:color="D8DDDD"/>
              <w:right w:val="single" w:sz="4" w:space="0" w:color="D8DDDD"/>
            </w:tcBorders>
            <w:shd w:val="clear" w:color="auto" w:fill="FFFFFF"/>
          </w:tcPr>
          <w:p w14:paraId="42553A9F" w14:textId="77777777" w:rsidR="00B02816" w:rsidRPr="00EA0EAA" w:rsidRDefault="00B02816" w:rsidP="0020390E">
            <w:pPr>
              <w:rPr>
                <w:rFonts w:ascii="Neue Haas Grotesk Text Pro" w:hAnsi="Neue Haas Grotesk Text Pro"/>
              </w:rPr>
            </w:pPr>
            <w:r w:rsidRPr="00EA0EAA">
              <w:rPr>
                <w:rFonts w:ascii="Neue Haas Grotesk Text Pro" w:hAnsi="Neue Haas Grotesk Text Pro"/>
                <w:i/>
                <w:color w:val="7A7A7A"/>
                <w:sz w:val="17"/>
              </w:rPr>
              <w:t>Click or tap here to enter text</w:t>
            </w:r>
          </w:p>
        </w:tc>
      </w:tr>
      <w:tr w:rsidR="00B02816" w:rsidRPr="00EA0EAA" w14:paraId="09B1C6F3" w14:textId="77777777" w:rsidTr="0020390E">
        <w:trPr>
          <w:cantSplit/>
          <w:jc w:val="center"/>
        </w:trPr>
        <w:tc>
          <w:tcPr>
            <w:tcW w:w="1800" w:type="dxa"/>
            <w:tcBorders>
              <w:top w:val="single" w:sz="4" w:space="0" w:color="D8DDDD"/>
              <w:left w:val="single" w:sz="4" w:space="0" w:color="D8DDDD"/>
              <w:bottom w:val="single" w:sz="4" w:space="0" w:color="D8DDDD"/>
              <w:right w:val="single" w:sz="4" w:space="0" w:color="D8DDDD"/>
            </w:tcBorders>
            <w:shd w:val="clear" w:color="auto" w:fill="FFFFFF"/>
          </w:tcPr>
          <w:p w14:paraId="2E74500C" w14:textId="77777777" w:rsidR="00B02816" w:rsidRPr="00EA0EAA" w:rsidRDefault="00B02816" w:rsidP="0020390E">
            <w:pPr>
              <w:rPr>
                <w:rFonts w:ascii="Neue Haas Grotesk Text Pro" w:hAnsi="Neue Haas Grotesk Text Pro"/>
              </w:rPr>
            </w:pPr>
            <w:r w:rsidRPr="00EA0EAA">
              <w:rPr>
                <w:rFonts w:ascii="Neue Haas Grotesk Text Pro" w:hAnsi="Neue Haas Grotesk Text Pro"/>
                <w:i/>
                <w:color w:val="7A7A7A"/>
                <w:sz w:val="17"/>
              </w:rPr>
              <w:t>Click or tap here to enter text</w:t>
            </w:r>
          </w:p>
        </w:tc>
        <w:tc>
          <w:tcPr>
            <w:tcW w:w="1800" w:type="dxa"/>
            <w:tcBorders>
              <w:top w:val="single" w:sz="4" w:space="0" w:color="D8DDDD"/>
              <w:left w:val="single" w:sz="4" w:space="0" w:color="D8DDDD"/>
              <w:bottom w:val="single" w:sz="4" w:space="0" w:color="D8DDDD"/>
              <w:right w:val="single" w:sz="4" w:space="0" w:color="D8DDDD"/>
            </w:tcBorders>
            <w:shd w:val="clear" w:color="auto" w:fill="FFFFFF"/>
          </w:tcPr>
          <w:p w14:paraId="3F2F9EF9" w14:textId="77777777" w:rsidR="00B02816" w:rsidRPr="00EA0EAA" w:rsidRDefault="00B02816" w:rsidP="0020390E">
            <w:pPr>
              <w:rPr>
                <w:rFonts w:ascii="Neue Haas Grotesk Text Pro" w:hAnsi="Neue Haas Grotesk Text Pro"/>
              </w:rPr>
            </w:pPr>
            <w:r w:rsidRPr="00EA0EAA">
              <w:rPr>
                <w:rFonts w:ascii="Neue Haas Grotesk Text Pro" w:hAnsi="Neue Haas Grotesk Text Pro"/>
                <w:i/>
                <w:color w:val="7A7A7A"/>
                <w:sz w:val="17"/>
              </w:rPr>
              <w:t>Click or tap here to enter text</w:t>
            </w:r>
          </w:p>
        </w:tc>
        <w:tc>
          <w:tcPr>
            <w:tcW w:w="1440" w:type="dxa"/>
            <w:tcBorders>
              <w:top w:val="single" w:sz="4" w:space="0" w:color="D8DDDD"/>
              <w:left w:val="single" w:sz="4" w:space="0" w:color="D8DDDD"/>
              <w:bottom w:val="single" w:sz="4" w:space="0" w:color="D8DDDD"/>
              <w:right w:val="single" w:sz="4" w:space="0" w:color="D8DDDD"/>
            </w:tcBorders>
            <w:shd w:val="clear" w:color="auto" w:fill="FFFFFF"/>
          </w:tcPr>
          <w:p w14:paraId="20F27C4B" w14:textId="77777777" w:rsidR="00B02816" w:rsidRPr="00EA0EAA" w:rsidRDefault="00B02816" w:rsidP="0020390E">
            <w:pPr>
              <w:rPr>
                <w:rFonts w:ascii="Neue Haas Grotesk Text Pro" w:hAnsi="Neue Haas Grotesk Text Pro"/>
              </w:rPr>
            </w:pPr>
            <w:r w:rsidRPr="00EA0EAA">
              <w:rPr>
                <w:rFonts w:ascii="Neue Haas Grotesk Text Pro" w:hAnsi="Neue Haas Grotesk Text Pro"/>
                <w:i/>
                <w:color w:val="7A7A7A"/>
                <w:sz w:val="17"/>
              </w:rPr>
              <w:t>Click or tap here to enter text</w:t>
            </w:r>
          </w:p>
        </w:tc>
        <w:tc>
          <w:tcPr>
            <w:tcW w:w="2880" w:type="dxa"/>
            <w:tcBorders>
              <w:top w:val="single" w:sz="4" w:space="0" w:color="D8DDDD"/>
              <w:left w:val="single" w:sz="4" w:space="0" w:color="D8DDDD"/>
              <w:bottom w:val="single" w:sz="4" w:space="0" w:color="D8DDDD"/>
              <w:right w:val="single" w:sz="4" w:space="0" w:color="D8DDDD"/>
            </w:tcBorders>
            <w:shd w:val="clear" w:color="auto" w:fill="FFFFFF"/>
          </w:tcPr>
          <w:p w14:paraId="119707D0" w14:textId="77777777" w:rsidR="00B02816" w:rsidRPr="00EA0EAA" w:rsidRDefault="00B02816" w:rsidP="0020390E">
            <w:pPr>
              <w:rPr>
                <w:rFonts w:ascii="Neue Haas Grotesk Text Pro" w:hAnsi="Neue Haas Grotesk Text Pro"/>
              </w:rPr>
            </w:pPr>
            <w:r w:rsidRPr="00EA0EAA">
              <w:rPr>
                <w:rFonts w:ascii="Neue Haas Grotesk Text Pro" w:hAnsi="Neue Haas Grotesk Text Pro"/>
                <w:i/>
                <w:color w:val="7A7A7A"/>
                <w:sz w:val="17"/>
              </w:rPr>
              <w:t>Click or tap here to enter text</w:t>
            </w:r>
          </w:p>
        </w:tc>
        <w:tc>
          <w:tcPr>
            <w:tcW w:w="2304" w:type="dxa"/>
            <w:tcBorders>
              <w:top w:val="single" w:sz="4" w:space="0" w:color="D8DDDD"/>
              <w:left w:val="single" w:sz="4" w:space="0" w:color="D8DDDD"/>
              <w:bottom w:val="single" w:sz="4" w:space="0" w:color="D8DDDD"/>
              <w:right w:val="single" w:sz="4" w:space="0" w:color="D8DDDD"/>
            </w:tcBorders>
            <w:shd w:val="clear" w:color="auto" w:fill="FFFFFF"/>
          </w:tcPr>
          <w:p w14:paraId="6A1383BD" w14:textId="77777777" w:rsidR="00B02816" w:rsidRPr="00EA0EAA" w:rsidRDefault="00B02816" w:rsidP="0020390E">
            <w:pPr>
              <w:rPr>
                <w:rFonts w:ascii="Neue Haas Grotesk Text Pro" w:hAnsi="Neue Haas Grotesk Text Pro"/>
              </w:rPr>
            </w:pPr>
            <w:r w:rsidRPr="00EA0EAA">
              <w:rPr>
                <w:rFonts w:ascii="Neue Haas Grotesk Text Pro" w:hAnsi="Neue Haas Grotesk Text Pro"/>
                <w:i/>
                <w:color w:val="7A7A7A"/>
                <w:sz w:val="17"/>
              </w:rPr>
              <w:t>Click or tap here to enter text</w:t>
            </w:r>
          </w:p>
        </w:tc>
      </w:tr>
      <w:tr w:rsidR="00B02816" w:rsidRPr="00EA0EAA" w14:paraId="3C41A6DA" w14:textId="77777777" w:rsidTr="0020390E">
        <w:trPr>
          <w:cantSplit/>
          <w:jc w:val="center"/>
        </w:trPr>
        <w:tc>
          <w:tcPr>
            <w:tcW w:w="1800" w:type="dxa"/>
            <w:tcBorders>
              <w:top w:val="single" w:sz="4" w:space="0" w:color="D8DDDD"/>
              <w:left w:val="single" w:sz="4" w:space="0" w:color="D8DDDD"/>
              <w:bottom w:val="single" w:sz="4" w:space="0" w:color="D8DDDD"/>
              <w:right w:val="single" w:sz="4" w:space="0" w:color="D8DDDD"/>
            </w:tcBorders>
            <w:shd w:val="clear" w:color="auto" w:fill="FFFFFF"/>
          </w:tcPr>
          <w:p w14:paraId="042A113A" w14:textId="77777777" w:rsidR="00B02816" w:rsidRPr="00EA0EAA" w:rsidRDefault="00B02816" w:rsidP="0020390E">
            <w:pPr>
              <w:rPr>
                <w:rFonts w:ascii="Neue Haas Grotesk Text Pro" w:hAnsi="Neue Haas Grotesk Text Pro"/>
              </w:rPr>
            </w:pPr>
            <w:r w:rsidRPr="00EA0EAA">
              <w:rPr>
                <w:rFonts w:ascii="Neue Haas Grotesk Text Pro" w:hAnsi="Neue Haas Grotesk Text Pro"/>
                <w:i/>
                <w:color w:val="7A7A7A"/>
                <w:sz w:val="17"/>
              </w:rPr>
              <w:t>Click or tap here to enter text</w:t>
            </w:r>
          </w:p>
        </w:tc>
        <w:tc>
          <w:tcPr>
            <w:tcW w:w="1800" w:type="dxa"/>
            <w:tcBorders>
              <w:top w:val="single" w:sz="4" w:space="0" w:color="D8DDDD"/>
              <w:left w:val="single" w:sz="4" w:space="0" w:color="D8DDDD"/>
              <w:bottom w:val="single" w:sz="4" w:space="0" w:color="D8DDDD"/>
              <w:right w:val="single" w:sz="4" w:space="0" w:color="D8DDDD"/>
            </w:tcBorders>
            <w:shd w:val="clear" w:color="auto" w:fill="FFFFFF"/>
          </w:tcPr>
          <w:p w14:paraId="5CE39358" w14:textId="77777777" w:rsidR="00B02816" w:rsidRPr="00EA0EAA" w:rsidRDefault="00B02816" w:rsidP="0020390E">
            <w:pPr>
              <w:rPr>
                <w:rFonts w:ascii="Neue Haas Grotesk Text Pro" w:hAnsi="Neue Haas Grotesk Text Pro"/>
              </w:rPr>
            </w:pPr>
            <w:r w:rsidRPr="00EA0EAA">
              <w:rPr>
                <w:rFonts w:ascii="Neue Haas Grotesk Text Pro" w:hAnsi="Neue Haas Grotesk Text Pro"/>
                <w:i/>
                <w:color w:val="7A7A7A"/>
                <w:sz w:val="17"/>
              </w:rPr>
              <w:t>Click or tap here to enter text</w:t>
            </w:r>
          </w:p>
        </w:tc>
        <w:tc>
          <w:tcPr>
            <w:tcW w:w="1440" w:type="dxa"/>
            <w:tcBorders>
              <w:top w:val="single" w:sz="4" w:space="0" w:color="D8DDDD"/>
              <w:left w:val="single" w:sz="4" w:space="0" w:color="D8DDDD"/>
              <w:bottom w:val="single" w:sz="4" w:space="0" w:color="D8DDDD"/>
              <w:right w:val="single" w:sz="4" w:space="0" w:color="D8DDDD"/>
            </w:tcBorders>
            <w:shd w:val="clear" w:color="auto" w:fill="FFFFFF"/>
          </w:tcPr>
          <w:p w14:paraId="2198766E" w14:textId="77777777" w:rsidR="00B02816" w:rsidRPr="00EA0EAA" w:rsidRDefault="00B02816" w:rsidP="0020390E">
            <w:pPr>
              <w:rPr>
                <w:rFonts w:ascii="Neue Haas Grotesk Text Pro" w:hAnsi="Neue Haas Grotesk Text Pro"/>
              </w:rPr>
            </w:pPr>
            <w:r w:rsidRPr="00EA0EAA">
              <w:rPr>
                <w:rFonts w:ascii="Neue Haas Grotesk Text Pro" w:hAnsi="Neue Haas Grotesk Text Pro"/>
                <w:i/>
                <w:color w:val="7A7A7A"/>
                <w:sz w:val="17"/>
              </w:rPr>
              <w:t>Click or tap here to enter text</w:t>
            </w:r>
          </w:p>
        </w:tc>
        <w:tc>
          <w:tcPr>
            <w:tcW w:w="2880" w:type="dxa"/>
            <w:tcBorders>
              <w:top w:val="single" w:sz="4" w:space="0" w:color="D8DDDD"/>
              <w:left w:val="single" w:sz="4" w:space="0" w:color="D8DDDD"/>
              <w:bottom w:val="single" w:sz="4" w:space="0" w:color="D8DDDD"/>
              <w:right w:val="single" w:sz="4" w:space="0" w:color="D8DDDD"/>
            </w:tcBorders>
            <w:shd w:val="clear" w:color="auto" w:fill="FFFFFF"/>
          </w:tcPr>
          <w:p w14:paraId="71041D2B" w14:textId="77777777" w:rsidR="00B02816" w:rsidRPr="00EA0EAA" w:rsidRDefault="00B02816" w:rsidP="0020390E">
            <w:pPr>
              <w:rPr>
                <w:rFonts w:ascii="Neue Haas Grotesk Text Pro" w:hAnsi="Neue Haas Grotesk Text Pro"/>
              </w:rPr>
            </w:pPr>
            <w:r w:rsidRPr="00EA0EAA">
              <w:rPr>
                <w:rFonts w:ascii="Neue Haas Grotesk Text Pro" w:hAnsi="Neue Haas Grotesk Text Pro"/>
                <w:i/>
                <w:color w:val="7A7A7A"/>
                <w:sz w:val="17"/>
              </w:rPr>
              <w:t>Click or tap here to enter text</w:t>
            </w:r>
          </w:p>
        </w:tc>
        <w:tc>
          <w:tcPr>
            <w:tcW w:w="2304" w:type="dxa"/>
            <w:tcBorders>
              <w:top w:val="single" w:sz="4" w:space="0" w:color="D8DDDD"/>
              <w:left w:val="single" w:sz="4" w:space="0" w:color="D8DDDD"/>
              <w:bottom w:val="single" w:sz="4" w:space="0" w:color="D8DDDD"/>
              <w:right w:val="single" w:sz="4" w:space="0" w:color="D8DDDD"/>
            </w:tcBorders>
            <w:shd w:val="clear" w:color="auto" w:fill="FFFFFF"/>
          </w:tcPr>
          <w:p w14:paraId="45DFF833" w14:textId="77777777" w:rsidR="00B02816" w:rsidRPr="00EA0EAA" w:rsidRDefault="00B02816" w:rsidP="0020390E">
            <w:pPr>
              <w:rPr>
                <w:rFonts w:ascii="Neue Haas Grotesk Text Pro" w:hAnsi="Neue Haas Grotesk Text Pro"/>
              </w:rPr>
            </w:pPr>
            <w:r w:rsidRPr="00EA0EAA">
              <w:rPr>
                <w:rFonts w:ascii="Neue Haas Grotesk Text Pro" w:hAnsi="Neue Haas Grotesk Text Pro"/>
                <w:i/>
                <w:color w:val="7A7A7A"/>
                <w:sz w:val="17"/>
              </w:rPr>
              <w:t>Click or tap here to enter text</w:t>
            </w:r>
          </w:p>
        </w:tc>
      </w:tr>
      <w:tr w:rsidR="00B02816" w:rsidRPr="00EA0EAA" w14:paraId="25151947" w14:textId="77777777" w:rsidTr="0020390E">
        <w:trPr>
          <w:cantSplit/>
          <w:jc w:val="center"/>
        </w:trPr>
        <w:tc>
          <w:tcPr>
            <w:tcW w:w="1800" w:type="dxa"/>
            <w:tcBorders>
              <w:top w:val="single" w:sz="4" w:space="0" w:color="D8DDDD"/>
              <w:left w:val="single" w:sz="4" w:space="0" w:color="D8DDDD"/>
              <w:bottom w:val="single" w:sz="4" w:space="0" w:color="D8DDDD"/>
              <w:right w:val="single" w:sz="4" w:space="0" w:color="D8DDDD"/>
            </w:tcBorders>
            <w:shd w:val="clear" w:color="auto" w:fill="FFFFFF"/>
          </w:tcPr>
          <w:p w14:paraId="3DAAC95E" w14:textId="77777777" w:rsidR="00B02816" w:rsidRPr="00EA0EAA" w:rsidRDefault="00B02816" w:rsidP="0020390E">
            <w:pPr>
              <w:rPr>
                <w:rFonts w:ascii="Neue Haas Grotesk Text Pro" w:hAnsi="Neue Haas Grotesk Text Pro"/>
              </w:rPr>
            </w:pPr>
            <w:r w:rsidRPr="00EA0EAA">
              <w:rPr>
                <w:rFonts w:ascii="Neue Haas Grotesk Text Pro" w:hAnsi="Neue Haas Grotesk Text Pro"/>
                <w:i/>
                <w:color w:val="7A7A7A"/>
                <w:sz w:val="17"/>
              </w:rPr>
              <w:t>Click or tap here to enter text</w:t>
            </w:r>
          </w:p>
        </w:tc>
        <w:tc>
          <w:tcPr>
            <w:tcW w:w="1800" w:type="dxa"/>
            <w:tcBorders>
              <w:top w:val="single" w:sz="4" w:space="0" w:color="D8DDDD"/>
              <w:left w:val="single" w:sz="4" w:space="0" w:color="D8DDDD"/>
              <w:bottom w:val="single" w:sz="4" w:space="0" w:color="D8DDDD"/>
              <w:right w:val="single" w:sz="4" w:space="0" w:color="D8DDDD"/>
            </w:tcBorders>
            <w:shd w:val="clear" w:color="auto" w:fill="FFFFFF"/>
          </w:tcPr>
          <w:p w14:paraId="5BFC029F" w14:textId="77777777" w:rsidR="00B02816" w:rsidRPr="00EA0EAA" w:rsidRDefault="00B02816" w:rsidP="0020390E">
            <w:pPr>
              <w:rPr>
                <w:rFonts w:ascii="Neue Haas Grotesk Text Pro" w:hAnsi="Neue Haas Grotesk Text Pro"/>
              </w:rPr>
            </w:pPr>
            <w:r w:rsidRPr="00EA0EAA">
              <w:rPr>
                <w:rFonts w:ascii="Neue Haas Grotesk Text Pro" w:hAnsi="Neue Haas Grotesk Text Pro"/>
                <w:i/>
                <w:color w:val="7A7A7A"/>
                <w:sz w:val="17"/>
              </w:rPr>
              <w:t>Click or tap here to enter text</w:t>
            </w:r>
          </w:p>
        </w:tc>
        <w:tc>
          <w:tcPr>
            <w:tcW w:w="1440" w:type="dxa"/>
            <w:tcBorders>
              <w:top w:val="single" w:sz="4" w:space="0" w:color="D8DDDD"/>
              <w:left w:val="single" w:sz="4" w:space="0" w:color="D8DDDD"/>
              <w:bottom w:val="single" w:sz="4" w:space="0" w:color="D8DDDD"/>
              <w:right w:val="single" w:sz="4" w:space="0" w:color="D8DDDD"/>
            </w:tcBorders>
            <w:shd w:val="clear" w:color="auto" w:fill="FFFFFF"/>
          </w:tcPr>
          <w:p w14:paraId="6DFD880B" w14:textId="77777777" w:rsidR="00B02816" w:rsidRPr="00EA0EAA" w:rsidRDefault="00B02816" w:rsidP="0020390E">
            <w:pPr>
              <w:rPr>
                <w:rFonts w:ascii="Neue Haas Grotesk Text Pro" w:hAnsi="Neue Haas Grotesk Text Pro"/>
              </w:rPr>
            </w:pPr>
            <w:r w:rsidRPr="00EA0EAA">
              <w:rPr>
                <w:rFonts w:ascii="Neue Haas Grotesk Text Pro" w:hAnsi="Neue Haas Grotesk Text Pro"/>
                <w:i/>
                <w:color w:val="7A7A7A"/>
                <w:sz w:val="17"/>
              </w:rPr>
              <w:t>Click or tap here to enter text</w:t>
            </w:r>
          </w:p>
        </w:tc>
        <w:tc>
          <w:tcPr>
            <w:tcW w:w="2880" w:type="dxa"/>
            <w:tcBorders>
              <w:top w:val="single" w:sz="4" w:space="0" w:color="D8DDDD"/>
              <w:left w:val="single" w:sz="4" w:space="0" w:color="D8DDDD"/>
              <w:bottom w:val="single" w:sz="4" w:space="0" w:color="D8DDDD"/>
              <w:right w:val="single" w:sz="4" w:space="0" w:color="D8DDDD"/>
            </w:tcBorders>
            <w:shd w:val="clear" w:color="auto" w:fill="FFFFFF"/>
          </w:tcPr>
          <w:p w14:paraId="3258F89F" w14:textId="77777777" w:rsidR="00B02816" w:rsidRPr="00EA0EAA" w:rsidRDefault="00B02816" w:rsidP="0020390E">
            <w:pPr>
              <w:rPr>
                <w:rFonts w:ascii="Neue Haas Grotesk Text Pro" w:hAnsi="Neue Haas Grotesk Text Pro"/>
              </w:rPr>
            </w:pPr>
            <w:r w:rsidRPr="00EA0EAA">
              <w:rPr>
                <w:rFonts w:ascii="Neue Haas Grotesk Text Pro" w:hAnsi="Neue Haas Grotesk Text Pro"/>
                <w:i/>
                <w:color w:val="7A7A7A"/>
                <w:sz w:val="17"/>
              </w:rPr>
              <w:t>Click or tap here to enter text</w:t>
            </w:r>
          </w:p>
        </w:tc>
        <w:tc>
          <w:tcPr>
            <w:tcW w:w="2304" w:type="dxa"/>
            <w:tcBorders>
              <w:top w:val="single" w:sz="4" w:space="0" w:color="D8DDDD"/>
              <w:left w:val="single" w:sz="4" w:space="0" w:color="D8DDDD"/>
              <w:bottom w:val="single" w:sz="4" w:space="0" w:color="D8DDDD"/>
              <w:right w:val="single" w:sz="4" w:space="0" w:color="D8DDDD"/>
            </w:tcBorders>
            <w:shd w:val="clear" w:color="auto" w:fill="FFFFFF"/>
          </w:tcPr>
          <w:p w14:paraId="1A46B186" w14:textId="77777777" w:rsidR="00B02816" w:rsidRPr="00EA0EAA" w:rsidRDefault="00B02816" w:rsidP="0020390E">
            <w:pPr>
              <w:rPr>
                <w:rFonts w:ascii="Neue Haas Grotesk Text Pro" w:hAnsi="Neue Haas Grotesk Text Pro"/>
              </w:rPr>
            </w:pPr>
            <w:r w:rsidRPr="00EA0EAA">
              <w:rPr>
                <w:rFonts w:ascii="Neue Haas Grotesk Text Pro" w:hAnsi="Neue Haas Grotesk Text Pro"/>
                <w:i/>
                <w:color w:val="7A7A7A"/>
                <w:sz w:val="17"/>
              </w:rPr>
              <w:t>Click or tap here to enter text</w:t>
            </w:r>
          </w:p>
        </w:tc>
      </w:tr>
    </w:tbl>
    <w:p w14:paraId="35778A17" w14:textId="77777777" w:rsidR="00B02816" w:rsidRPr="00EA0EAA" w:rsidRDefault="00B02816" w:rsidP="00B02816">
      <w:pPr>
        <w:spacing w:after="40"/>
        <w:rPr>
          <w:rFonts w:ascii="Neue Haas Grotesk Text Pro" w:hAnsi="Neue Haas Grotesk Text Pro"/>
        </w:rPr>
      </w:pPr>
    </w:p>
    <w:p w14:paraId="5294AA50" w14:textId="45F97144" w:rsidR="00B02816" w:rsidRPr="00EA0EAA" w:rsidRDefault="00B02816" w:rsidP="00B02816">
      <w:pPr>
        <w:rPr>
          <w:rFonts w:ascii="Neue Haas Grotesk Text Pro" w:hAnsi="Neue Haas Grotesk Text Pro"/>
        </w:rPr>
      </w:pPr>
      <w:r w:rsidRPr="00EA0EAA">
        <w:rPr>
          <w:rFonts w:ascii="Neue Haas Grotesk Text Pro" w:hAnsi="Neue Haas Grotesk Text Pro"/>
        </w:rPr>
        <w:br w:type="page"/>
      </w:r>
    </w:p>
    <w:p w14:paraId="672F3F85" w14:textId="77777777" w:rsidR="00DF1130" w:rsidRPr="00EA0EAA" w:rsidRDefault="00DF1130">
      <w:pPr>
        <w:spacing w:after="40"/>
        <w:rPr>
          <w:rFonts w:ascii="Neue Haas Grotesk Text Pro" w:hAnsi="Neue Haas Grotesk Text Pro"/>
        </w:rPr>
      </w:pPr>
    </w:p>
    <w:p w14:paraId="62E80494" w14:textId="7496E86B" w:rsidR="00DF1130" w:rsidRPr="00EA0EAA" w:rsidRDefault="00DF1130">
      <w:pPr>
        <w:rPr>
          <w:rFonts w:ascii="Neue Haas Grotesk Text Pro" w:hAnsi="Neue Haas Grotesk Text Pro"/>
        </w:rPr>
      </w:pPr>
    </w:p>
    <w:tbl>
      <w:tblPr>
        <w:tblW w:w="0" w:type="auto"/>
        <w:jc w:val="center"/>
        <w:tblLayout w:type="fixed"/>
        <w:tblLook w:val="04A0" w:firstRow="1" w:lastRow="0" w:firstColumn="1" w:lastColumn="0" w:noHBand="0" w:noVBand="1"/>
      </w:tblPr>
      <w:tblGrid>
        <w:gridCol w:w="792"/>
        <w:gridCol w:w="9288"/>
      </w:tblGrid>
      <w:tr w:rsidR="00DF1130" w:rsidRPr="00EA0EAA" w14:paraId="7E5E98EC" w14:textId="77777777">
        <w:trPr>
          <w:jc w:val="center"/>
        </w:trPr>
        <w:tc>
          <w:tcPr>
            <w:tcW w:w="792" w:type="dxa"/>
            <w:tcBorders>
              <w:top w:val="single" w:sz="0" w:space="0" w:color="0A1414"/>
              <w:left w:val="single" w:sz="0" w:space="0" w:color="0A1414"/>
              <w:bottom w:val="single" w:sz="0" w:space="0" w:color="0A1414"/>
              <w:right w:val="single" w:sz="0" w:space="0" w:color="0A1414"/>
            </w:tcBorders>
            <w:shd w:val="clear" w:color="auto" w:fill="C8EB00"/>
            <w:vAlign w:val="center"/>
          </w:tcPr>
          <w:p w14:paraId="7A0496E0" w14:textId="3B4FE1A6" w:rsidR="00DF1130" w:rsidRPr="00EA0EAA" w:rsidRDefault="00B02816">
            <w:pPr>
              <w:jc w:val="center"/>
              <w:rPr>
                <w:rFonts w:ascii="Neue Haas Grotesk Text Pro" w:hAnsi="Neue Haas Grotesk Text Pro"/>
              </w:rPr>
            </w:pPr>
            <w:r>
              <w:rPr>
                <w:rFonts w:ascii="Neue Haas Grotesk Text Pro" w:hAnsi="Neue Haas Grotesk Text Pro"/>
                <w:b/>
                <w:sz w:val="26"/>
              </w:rPr>
              <w:t>3</w:t>
            </w:r>
          </w:p>
        </w:tc>
        <w:tc>
          <w:tcPr>
            <w:tcW w:w="9288" w:type="dxa"/>
            <w:tcBorders>
              <w:top w:val="single" w:sz="0" w:space="0" w:color="0A1414"/>
              <w:left w:val="single" w:sz="0" w:space="0" w:color="0A1414"/>
              <w:bottom w:val="single" w:sz="0" w:space="0" w:color="0A1414"/>
              <w:right w:val="single" w:sz="0" w:space="0" w:color="0A1414"/>
            </w:tcBorders>
            <w:shd w:val="clear" w:color="auto" w:fill="0A1414"/>
            <w:vAlign w:val="center"/>
          </w:tcPr>
          <w:p w14:paraId="1D1D0BE9" w14:textId="77777777" w:rsidR="00DF1130" w:rsidRPr="00EA0EAA" w:rsidRDefault="006A347F">
            <w:pPr>
              <w:rPr>
                <w:rFonts w:ascii="Neue Haas Grotesk Text Pro" w:hAnsi="Neue Haas Grotesk Text Pro"/>
              </w:rPr>
            </w:pPr>
            <w:r w:rsidRPr="00EA0EAA">
              <w:rPr>
                <w:rFonts w:ascii="Neue Haas Grotesk Text Pro" w:hAnsi="Neue Haas Grotesk Text Pro"/>
                <w:b/>
                <w:color w:val="FFFFFF"/>
                <w:sz w:val="26"/>
              </w:rPr>
              <w:t>What AI was used for</w:t>
            </w:r>
          </w:p>
        </w:tc>
      </w:tr>
    </w:tbl>
    <w:p w14:paraId="0E1D872E" w14:textId="77777777" w:rsidR="00DF1130" w:rsidRPr="00EA0EAA" w:rsidRDefault="00DF1130">
      <w:pPr>
        <w:spacing w:after="80"/>
        <w:rPr>
          <w:rFonts w:ascii="Neue Haas Grotesk Text Pro" w:hAnsi="Neue Haas Grotesk Text Pro"/>
        </w:rPr>
      </w:pPr>
    </w:p>
    <w:p w14:paraId="1DD7A37D" w14:textId="77777777" w:rsidR="00DF1130" w:rsidRPr="00EA0EAA" w:rsidRDefault="006A347F">
      <w:pPr>
        <w:spacing w:after="80"/>
        <w:rPr>
          <w:rFonts w:ascii="Neue Haas Grotesk Text Pro" w:hAnsi="Neue Haas Grotesk Text Pro"/>
        </w:rPr>
      </w:pPr>
      <w:r w:rsidRPr="00EA0EAA">
        <w:rPr>
          <w:rFonts w:ascii="Neue Haas Grotesk Text Pro" w:hAnsi="Neue Haas Grotesk Text Pro"/>
          <w:b/>
          <w:sz w:val="21"/>
        </w:rPr>
        <w:t>Tick all activities that apply:</w:t>
      </w:r>
    </w:p>
    <w:tbl>
      <w:tblPr>
        <w:tblW w:w="0" w:type="auto"/>
        <w:jc w:val="center"/>
        <w:tblLayout w:type="fixed"/>
        <w:tblLook w:val="04A0" w:firstRow="1" w:lastRow="0" w:firstColumn="1" w:lastColumn="0" w:noHBand="0" w:noVBand="1"/>
      </w:tblPr>
      <w:tblGrid>
        <w:gridCol w:w="5103"/>
        <w:gridCol w:w="5103"/>
      </w:tblGrid>
      <w:tr w:rsidR="00DF1130" w:rsidRPr="00EA0EAA" w14:paraId="30A22C6D" w14:textId="77777777">
        <w:trPr>
          <w:cantSplit/>
          <w:jc w:val="center"/>
        </w:trPr>
        <w:tc>
          <w:tcPr>
            <w:tcW w:w="5103" w:type="dxa"/>
            <w:tcBorders>
              <w:top w:val="single" w:sz="4" w:space="0" w:color="D8DDDD"/>
              <w:left w:val="single" w:sz="4" w:space="0" w:color="D8DDDD"/>
              <w:bottom w:val="single" w:sz="4" w:space="0" w:color="D8DDDD"/>
              <w:right w:val="single" w:sz="4" w:space="0" w:color="D8DDDD"/>
            </w:tcBorders>
            <w:shd w:val="clear" w:color="auto" w:fill="FFFFFF"/>
          </w:tcPr>
          <w:p w14:paraId="74A7B997" w14:textId="2EB198B7" w:rsidR="00DF1130" w:rsidRPr="00EA0EAA" w:rsidRDefault="00B02816">
            <w:pPr>
              <w:rPr>
                <w:rFonts w:ascii="Neue Haas Grotesk Text Pro" w:hAnsi="Neue Haas Grotesk Text Pro"/>
              </w:rPr>
            </w:pPr>
            <w:sdt>
              <w:sdtPr>
                <w:rPr>
                  <w:rFonts w:ascii="Segoe UI Symbol" w:hAnsi="Segoe UI Symbol" w:cs="Segoe UI Symbol"/>
                  <w:sz w:val="18"/>
                </w:rPr>
                <w:id w:val="-171179197"/>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006A347F" w:rsidRPr="00EA0EAA">
              <w:rPr>
                <w:rFonts w:ascii="Neue Haas Grotesk Text Pro" w:hAnsi="Neue Haas Grotesk Text Pro"/>
                <w:sz w:val="18"/>
              </w:rPr>
              <w:t xml:space="preserve"> No AI used</w:t>
            </w:r>
          </w:p>
        </w:tc>
        <w:tc>
          <w:tcPr>
            <w:tcW w:w="5103" w:type="dxa"/>
            <w:tcBorders>
              <w:top w:val="single" w:sz="4" w:space="0" w:color="D8DDDD"/>
              <w:left w:val="single" w:sz="4" w:space="0" w:color="D8DDDD"/>
              <w:bottom w:val="single" w:sz="4" w:space="0" w:color="D8DDDD"/>
              <w:right w:val="single" w:sz="4" w:space="0" w:color="D8DDDD"/>
            </w:tcBorders>
            <w:shd w:val="clear" w:color="auto" w:fill="FFFFFF"/>
          </w:tcPr>
          <w:p w14:paraId="6187C51F" w14:textId="1CA682FA" w:rsidR="00DF1130" w:rsidRPr="00EA0EAA" w:rsidRDefault="00B02816">
            <w:pPr>
              <w:rPr>
                <w:rFonts w:ascii="Neue Haas Grotesk Text Pro" w:hAnsi="Neue Haas Grotesk Text Pro"/>
              </w:rPr>
            </w:pPr>
            <w:sdt>
              <w:sdtPr>
                <w:rPr>
                  <w:rFonts w:ascii="Segoe UI Symbol" w:hAnsi="Segoe UI Symbol" w:cs="Segoe UI Symbol"/>
                  <w:sz w:val="18"/>
                </w:rPr>
                <w:id w:val="131683584"/>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006A347F" w:rsidRPr="00EA0EAA">
              <w:rPr>
                <w:rFonts w:ascii="Neue Haas Grotesk Text Pro" w:hAnsi="Neue Haas Grotesk Text Pro"/>
                <w:sz w:val="18"/>
              </w:rPr>
              <w:t xml:space="preserve"> </w:t>
            </w:r>
            <w:proofErr w:type="spellStart"/>
            <w:r w:rsidR="006A347F" w:rsidRPr="00EA0EAA">
              <w:rPr>
                <w:rFonts w:ascii="Neue Haas Grotesk Text Pro" w:hAnsi="Neue Haas Grotesk Text Pro"/>
                <w:sz w:val="18"/>
              </w:rPr>
              <w:t>Summarising</w:t>
            </w:r>
            <w:proofErr w:type="spellEnd"/>
            <w:r w:rsidR="006A347F" w:rsidRPr="00EA0EAA">
              <w:rPr>
                <w:rFonts w:ascii="Neue Haas Grotesk Text Pro" w:hAnsi="Neue Haas Grotesk Text Pro"/>
                <w:sz w:val="18"/>
              </w:rPr>
              <w:t xml:space="preserve"> notes or source material</w:t>
            </w:r>
          </w:p>
        </w:tc>
      </w:tr>
      <w:tr w:rsidR="00DF1130" w:rsidRPr="00EA0EAA" w14:paraId="420848C1" w14:textId="77777777">
        <w:trPr>
          <w:cantSplit/>
          <w:jc w:val="center"/>
        </w:trPr>
        <w:tc>
          <w:tcPr>
            <w:tcW w:w="5103" w:type="dxa"/>
            <w:tcBorders>
              <w:top w:val="single" w:sz="4" w:space="0" w:color="D8DDDD"/>
              <w:left w:val="single" w:sz="4" w:space="0" w:color="D8DDDD"/>
              <w:bottom w:val="single" w:sz="4" w:space="0" w:color="D8DDDD"/>
              <w:right w:val="single" w:sz="4" w:space="0" w:color="D8DDDD"/>
            </w:tcBorders>
            <w:shd w:val="clear" w:color="auto" w:fill="FFFFFF"/>
          </w:tcPr>
          <w:p w14:paraId="588F163B" w14:textId="07C2ECC0" w:rsidR="00DF1130" w:rsidRPr="00EA0EAA" w:rsidRDefault="00B02816">
            <w:pPr>
              <w:rPr>
                <w:rFonts w:ascii="Neue Haas Grotesk Text Pro" w:hAnsi="Neue Haas Grotesk Text Pro"/>
              </w:rPr>
            </w:pPr>
            <w:sdt>
              <w:sdtPr>
                <w:rPr>
                  <w:rFonts w:ascii="Segoe UI Symbol" w:hAnsi="Segoe UI Symbol" w:cs="Segoe UI Symbol"/>
                  <w:sz w:val="18"/>
                </w:rPr>
                <w:id w:val="1095289706"/>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006A347F" w:rsidRPr="00EA0EAA">
              <w:rPr>
                <w:rFonts w:ascii="Neue Haas Grotesk Text Pro" w:hAnsi="Neue Haas Grotesk Text Pro"/>
                <w:sz w:val="18"/>
              </w:rPr>
              <w:t xml:space="preserve"> Brainstorming or idea generation</w:t>
            </w:r>
          </w:p>
        </w:tc>
        <w:tc>
          <w:tcPr>
            <w:tcW w:w="5103" w:type="dxa"/>
            <w:tcBorders>
              <w:top w:val="single" w:sz="4" w:space="0" w:color="D8DDDD"/>
              <w:left w:val="single" w:sz="4" w:space="0" w:color="D8DDDD"/>
              <w:bottom w:val="single" w:sz="4" w:space="0" w:color="D8DDDD"/>
              <w:right w:val="single" w:sz="4" w:space="0" w:color="D8DDDD"/>
            </w:tcBorders>
            <w:shd w:val="clear" w:color="auto" w:fill="FFFFFF"/>
          </w:tcPr>
          <w:p w14:paraId="0454BDF6" w14:textId="024766FD" w:rsidR="00DF1130" w:rsidRPr="00EA0EAA" w:rsidRDefault="00B02816">
            <w:pPr>
              <w:rPr>
                <w:rFonts w:ascii="Neue Haas Grotesk Text Pro" w:hAnsi="Neue Haas Grotesk Text Pro"/>
              </w:rPr>
            </w:pPr>
            <w:sdt>
              <w:sdtPr>
                <w:rPr>
                  <w:rFonts w:ascii="Segoe UI Symbol" w:hAnsi="Segoe UI Symbol" w:cs="Segoe UI Symbol"/>
                  <w:sz w:val="18"/>
                </w:rPr>
                <w:id w:val="-1259132586"/>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006A347F" w:rsidRPr="00EA0EAA">
              <w:rPr>
                <w:rFonts w:ascii="Neue Haas Grotesk Text Pro" w:hAnsi="Neue Haas Grotesk Text Pro"/>
                <w:sz w:val="18"/>
              </w:rPr>
              <w:t xml:space="preserve"> Image, visual or design generation</w:t>
            </w:r>
          </w:p>
        </w:tc>
      </w:tr>
      <w:tr w:rsidR="00DF1130" w:rsidRPr="00EA0EAA" w14:paraId="6AE1752B" w14:textId="77777777">
        <w:trPr>
          <w:cantSplit/>
          <w:jc w:val="center"/>
        </w:trPr>
        <w:tc>
          <w:tcPr>
            <w:tcW w:w="5103" w:type="dxa"/>
            <w:tcBorders>
              <w:top w:val="single" w:sz="4" w:space="0" w:color="D8DDDD"/>
              <w:left w:val="single" w:sz="4" w:space="0" w:color="D8DDDD"/>
              <w:bottom w:val="single" w:sz="4" w:space="0" w:color="D8DDDD"/>
              <w:right w:val="single" w:sz="4" w:space="0" w:color="D8DDDD"/>
            </w:tcBorders>
            <w:shd w:val="clear" w:color="auto" w:fill="FFFFFF"/>
          </w:tcPr>
          <w:p w14:paraId="52DBEB67" w14:textId="773D3AF7" w:rsidR="00DF1130" w:rsidRPr="00EA0EAA" w:rsidRDefault="00B02816">
            <w:pPr>
              <w:rPr>
                <w:rFonts w:ascii="Neue Haas Grotesk Text Pro" w:hAnsi="Neue Haas Grotesk Text Pro"/>
              </w:rPr>
            </w:pPr>
            <w:sdt>
              <w:sdtPr>
                <w:rPr>
                  <w:rFonts w:ascii="Segoe UI Symbol" w:hAnsi="Segoe UI Symbol" w:cs="Segoe UI Symbol"/>
                  <w:sz w:val="18"/>
                </w:rPr>
                <w:id w:val="1741743636"/>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006A347F" w:rsidRPr="00EA0EAA">
              <w:rPr>
                <w:rFonts w:ascii="Neue Haas Grotesk Text Pro" w:hAnsi="Neue Haas Grotesk Text Pro"/>
                <w:sz w:val="18"/>
              </w:rPr>
              <w:t xml:space="preserve"> Project planning or time management</w:t>
            </w:r>
          </w:p>
        </w:tc>
        <w:tc>
          <w:tcPr>
            <w:tcW w:w="5103" w:type="dxa"/>
            <w:tcBorders>
              <w:top w:val="single" w:sz="4" w:space="0" w:color="D8DDDD"/>
              <w:left w:val="single" w:sz="4" w:space="0" w:color="D8DDDD"/>
              <w:bottom w:val="single" w:sz="4" w:space="0" w:color="D8DDDD"/>
              <w:right w:val="single" w:sz="4" w:space="0" w:color="D8DDDD"/>
            </w:tcBorders>
            <w:shd w:val="clear" w:color="auto" w:fill="FFFFFF"/>
          </w:tcPr>
          <w:p w14:paraId="59E2BFB5" w14:textId="4491EBA8" w:rsidR="00DF1130" w:rsidRPr="00EA0EAA" w:rsidRDefault="00B02816">
            <w:pPr>
              <w:rPr>
                <w:rFonts w:ascii="Neue Haas Grotesk Text Pro" w:hAnsi="Neue Haas Grotesk Text Pro"/>
              </w:rPr>
            </w:pPr>
            <w:sdt>
              <w:sdtPr>
                <w:rPr>
                  <w:rFonts w:ascii="Segoe UI Symbol" w:hAnsi="Segoe UI Symbol" w:cs="Segoe UI Symbol"/>
                  <w:sz w:val="18"/>
                </w:rPr>
                <w:id w:val="823627828"/>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006A347F" w:rsidRPr="00EA0EAA">
              <w:rPr>
                <w:rFonts w:ascii="Neue Haas Grotesk Text Pro" w:hAnsi="Neue Haas Grotesk Text Pro"/>
                <w:sz w:val="18"/>
              </w:rPr>
              <w:t xml:space="preserve"> Design iteration or variation testing</w:t>
            </w:r>
          </w:p>
        </w:tc>
      </w:tr>
      <w:tr w:rsidR="00DF1130" w:rsidRPr="00EA0EAA" w14:paraId="27FF4CD2" w14:textId="77777777">
        <w:trPr>
          <w:cantSplit/>
          <w:jc w:val="center"/>
        </w:trPr>
        <w:tc>
          <w:tcPr>
            <w:tcW w:w="5103" w:type="dxa"/>
            <w:tcBorders>
              <w:top w:val="single" w:sz="4" w:space="0" w:color="D8DDDD"/>
              <w:left w:val="single" w:sz="4" w:space="0" w:color="D8DDDD"/>
              <w:bottom w:val="single" w:sz="4" w:space="0" w:color="D8DDDD"/>
              <w:right w:val="single" w:sz="4" w:space="0" w:color="D8DDDD"/>
            </w:tcBorders>
            <w:shd w:val="clear" w:color="auto" w:fill="FFFFFF"/>
          </w:tcPr>
          <w:p w14:paraId="6658DA78" w14:textId="66A7C833" w:rsidR="00DF1130" w:rsidRPr="00EA0EAA" w:rsidRDefault="00B02816">
            <w:pPr>
              <w:rPr>
                <w:rFonts w:ascii="Neue Haas Grotesk Text Pro" w:hAnsi="Neue Haas Grotesk Text Pro"/>
              </w:rPr>
            </w:pPr>
            <w:sdt>
              <w:sdtPr>
                <w:rPr>
                  <w:rFonts w:ascii="Segoe UI Symbol" w:hAnsi="Segoe UI Symbol" w:cs="Segoe UI Symbol"/>
                  <w:sz w:val="18"/>
                </w:rPr>
                <w:id w:val="8656708"/>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006A347F" w:rsidRPr="00EA0EAA">
              <w:rPr>
                <w:rFonts w:ascii="Neue Haas Grotesk Text Pro" w:hAnsi="Neue Haas Grotesk Text Pro"/>
                <w:sz w:val="18"/>
              </w:rPr>
              <w:t xml:space="preserve"> Research direction or search-term support</w:t>
            </w:r>
          </w:p>
        </w:tc>
        <w:tc>
          <w:tcPr>
            <w:tcW w:w="5103" w:type="dxa"/>
            <w:tcBorders>
              <w:top w:val="single" w:sz="4" w:space="0" w:color="D8DDDD"/>
              <w:left w:val="single" w:sz="4" w:space="0" w:color="D8DDDD"/>
              <w:bottom w:val="single" w:sz="4" w:space="0" w:color="D8DDDD"/>
              <w:right w:val="single" w:sz="4" w:space="0" w:color="D8DDDD"/>
            </w:tcBorders>
            <w:shd w:val="clear" w:color="auto" w:fill="FFFFFF"/>
          </w:tcPr>
          <w:p w14:paraId="79C22480" w14:textId="1A830598" w:rsidR="00DF1130" w:rsidRPr="00EA0EAA" w:rsidRDefault="00B02816">
            <w:pPr>
              <w:rPr>
                <w:rFonts w:ascii="Neue Haas Grotesk Text Pro" w:hAnsi="Neue Haas Grotesk Text Pro"/>
              </w:rPr>
            </w:pPr>
            <w:sdt>
              <w:sdtPr>
                <w:rPr>
                  <w:rFonts w:ascii="Segoe UI Symbol" w:hAnsi="Segoe UI Symbol" w:cs="Segoe UI Symbol"/>
                  <w:sz w:val="18"/>
                </w:rPr>
                <w:id w:val="216092597"/>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006A347F" w:rsidRPr="00EA0EAA">
              <w:rPr>
                <w:rFonts w:ascii="Neue Haas Grotesk Text Pro" w:hAnsi="Neue Haas Grotesk Text Pro"/>
                <w:sz w:val="18"/>
              </w:rPr>
              <w:t xml:space="preserve"> Coding, technical production or troubleshooting</w:t>
            </w:r>
          </w:p>
        </w:tc>
      </w:tr>
      <w:tr w:rsidR="00DF1130" w:rsidRPr="00EA0EAA" w14:paraId="0E6D4846" w14:textId="77777777">
        <w:trPr>
          <w:cantSplit/>
          <w:jc w:val="center"/>
        </w:trPr>
        <w:tc>
          <w:tcPr>
            <w:tcW w:w="5103" w:type="dxa"/>
            <w:tcBorders>
              <w:top w:val="single" w:sz="4" w:space="0" w:color="D8DDDD"/>
              <w:left w:val="single" w:sz="4" w:space="0" w:color="D8DDDD"/>
              <w:bottom w:val="single" w:sz="4" w:space="0" w:color="D8DDDD"/>
              <w:right w:val="single" w:sz="4" w:space="0" w:color="D8DDDD"/>
            </w:tcBorders>
            <w:shd w:val="clear" w:color="auto" w:fill="FFFFFF"/>
          </w:tcPr>
          <w:p w14:paraId="0832D3C2" w14:textId="0EC6D936" w:rsidR="00DF1130" w:rsidRPr="00EA0EAA" w:rsidRDefault="00B02816">
            <w:pPr>
              <w:rPr>
                <w:rFonts w:ascii="Neue Haas Grotesk Text Pro" w:hAnsi="Neue Haas Grotesk Text Pro"/>
              </w:rPr>
            </w:pPr>
            <w:sdt>
              <w:sdtPr>
                <w:rPr>
                  <w:rFonts w:ascii="Segoe UI Symbol" w:hAnsi="Segoe UI Symbol" w:cs="Segoe UI Symbol"/>
                  <w:sz w:val="18"/>
                </w:rPr>
                <w:id w:val="1639299485"/>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006A347F" w:rsidRPr="00EA0EAA">
              <w:rPr>
                <w:rFonts w:ascii="Neue Haas Grotesk Text Pro" w:hAnsi="Neue Haas Grotesk Text Pro"/>
                <w:sz w:val="18"/>
              </w:rPr>
              <w:t xml:space="preserve"> Outlining or structuring my own work</w:t>
            </w:r>
          </w:p>
        </w:tc>
        <w:tc>
          <w:tcPr>
            <w:tcW w:w="5103" w:type="dxa"/>
            <w:tcBorders>
              <w:top w:val="single" w:sz="4" w:space="0" w:color="D8DDDD"/>
              <w:left w:val="single" w:sz="4" w:space="0" w:color="D8DDDD"/>
              <w:bottom w:val="single" w:sz="4" w:space="0" w:color="D8DDDD"/>
              <w:right w:val="single" w:sz="4" w:space="0" w:color="D8DDDD"/>
            </w:tcBorders>
            <w:shd w:val="clear" w:color="auto" w:fill="FFFFFF"/>
          </w:tcPr>
          <w:p w14:paraId="20F2672F" w14:textId="1A90E5C4" w:rsidR="00DF1130" w:rsidRPr="00EA0EAA" w:rsidRDefault="00B02816">
            <w:pPr>
              <w:rPr>
                <w:rFonts w:ascii="Neue Haas Grotesk Text Pro" w:hAnsi="Neue Haas Grotesk Text Pro"/>
              </w:rPr>
            </w:pPr>
            <w:sdt>
              <w:sdtPr>
                <w:rPr>
                  <w:rFonts w:ascii="Segoe UI Symbol" w:hAnsi="Segoe UI Symbol" w:cs="Segoe UI Symbol"/>
                  <w:sz w:val="18"/>
                </w:rPr>
                <w:id w:val="205539653"/>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006A347F" w:rsidRPr="00EA0EAA">
              <w:rPr>
                <w:rFonts w:ascii="Neue Haas Grotesk Text Pro" w:hAnsi="Neue Haas Grotesk Text Pro"/>
                <w:sz w:val="18"/>
              </w:rPr>
              <w:t xml:space="preserve"> Data analysis, </w:t>
            </w:r>
            <w:proofErr w:type="spellStart"/>
            <w:r w:rsidR="006A347F" w:rsidRPr="00EA0EAA">
              <w:rPr>
                <w:rFonts w:ascii="Neue Haas Grotesk Text Pro" w:hAnsi="Neue Haas Grotesk Text Pro"/>
                <w:sz w:val="18"/>
              </w:rPr>
              <w:t>categorisation</w:t>
            </w:r>
            <w:proofErr w:type="spellEnd"/>
            <w:r w:rsidR="006A347F" w:rsidRPr="00EA0EAA">
              <w:rPr>
                <w:rFonts w:ascii="Neue Haas Grotesk Text Pro" w:hAnsi="Neue Haas Grotesk Text Pro"/>
                <w:sz w:val="18"/>
              </w:rPr>
              <w:t xml:space="preserve"> or pattern checking</w:t>
            </w:r>
          </w:p>
        </w:tc>
      </w:tr>
      <w:tr w:rsidR="00DF1130" w:rsidRPr="00EA0EAA" w14:paraId="0A34A67E" w14:textId="77777777">
        <w:trPr>
          <w:cantSplit/>
          <w:jc w:val="center"/>
        </w:trPr>
        <w:tc>
          <w:tcPr>
            <w:tcW w:w="5103" w:type="dxa"/>
            <w:tcBorders>
              <w:top w:val="single" w:sz="4" w:space="0" w:color="D8DDDD"/>
              <w:left w:val="single" w:sz="4" w:space="0" w:color="D8DDDD"/>
              <w:bottom w:val="single" w:sz="4" w:space="0" w:color="D8DDDD"/>
              <w:right w:val="single" w:sz="4" w:space="0" w:color="D8DDDD"/>
            </w:tcBorders>
            <w:shd w:val="clear" w:color="auto" w:fill="FFFFFF"/>
          </w:tcPr>
          <w:p w14:paraId="117A62E0" w14:textId="266540D4" w:rsidR="00DF1130" w:rsidRPr="00EA0EAA" w:rsidRDefault="00B02816">
            <w:pPr>
              <w:rPr>
                <w:rFonts w:ascii="Neue Haas Grotesk Text Pro" w:hAnsi="Neue Haas Grotesk Text Pro"/>
              </w:rPr>
            </w:pPr>
            <w:sdt>
              <w:sdtPr>
                <w:rPr>
                  <w:rFonts w:ascii="Segoe UI Symbol" w:hAnsi="Segoe UI Symbol" w:cs="Segoe UI Symbol"/>
                  <w:sz w:val="18"/>
                </w:rPr>
                <w:id w:val="-1334141570"/>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006A347F" w:rsidRPr="00EA0EAA">
              <w:rPr>
                <w:rFonts w:ascii="Neue Haas Grotesk Text Pro" w:hAnsi="Neue Haas Grotesk Text Pro"/>
                <w:sz w:val="18"/>
              </w:rPr>
              <w:t xml:space="preserve"> Language support or checking clarity</w:t>
            </w:r>
          </w:p>
        </w:tc>
        <w:tc>
          <w:tcPr>
            <w:tcW w:w="5103" w:type="dxa"/>
            <w:tcBorders>
              <w:top w:val="single" w:sz="4" w:space="0" w:color="D8DDDD"/>
              <w:left w:val="single" w:sz="4" w:space="0" w:color="D8DDDD"/>
              <w:bottom w:val="single" w:sz="4" w:space="0" w:color="D8DDDD"/>
              <w:right w:val="single" w:sz="4" w:space="0" w:color="D8DDDD"/>
            </w:tcBorders>
            <w:shd w:val="clear" w:color="auto" w:fill="FFFFFF"/>
          </w:tcPr>
          <w:p w14:paraId="1F2FDCC1" w14:textId="1264C7F1" w:rsidR="00DF1130" w:rsidRPr="00EA0EAA" w:rsidRDefault="00B02816">
            <w:pPr>
              <w:rPr>
                <w:rFonts w:ascii="Neue Haas Grotesk Text Pro" w:hAnsi="Neue Haas Grotesk Text Pro"/>
              </w:rPr>
            </w:pPr>
            <w:sdt>
              <w:sdtPr>
                <w:rPr>
                  <w:rFonts w:ascii="Segoe UI Symbol" w:hAnsi="Segoe UI Symbol" w:cs="Segoe UI Symbol"/>
                  <w:sz w:val="18"/>
                </w:rPr>
                <w:id w:val="-700017357"/>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006A347F" w:rsidRPr="00EA0EAA">
              <w:rPr>
                <w:rFonts w:ascii="Neue Haas Grotesk Text Pro" w:hAnsi="Neue Haas Grotesk Text Pro"/>
                <w:sz w:val="18"/>
              </w:rPr>
              <w:t xml:space="preserve"> Referencing support or checking formatting</w:t>
            </w:r>
          </w:p>
        </w:tc>
      </w:tr>
      <w:tr w:rsidR="00DF1130" w:rsidRPr="00EA0EAA" w14:paraId="57BB6657" w14:textId="77777777">
        <w:trPr>
          <w:cantSplit/>
          <w:jc w:val="center"/>
        </w:trPr>
        <w:tc>
          <w:tcPr>
            <w:tcW w:w="5103" w:type="dxa"/>
            <w:tcBorders>
              <w:top w:val="single" w:sz="4" w:space="0" w:color="D8DDDD"/>
              <w:left w:val="single" w:sz="4" w:space="0" w:color="D8DDDD"/>
              <w:bottom w:val="single" w:sz="4" w:space="0" w:color="D8DDDD"/>
              <w:right w:val="single" w:sz="4" w:space="0" w:color="D8DDDD"/>
            </w:tcBorders>
            <w:shd w:val="clear" w:color="auto" w:fill="FFFFFF"/>
          </w:tcPr>
          <w:p w14:paraId="20E3E31A" w14:textId="602C8D5C" w:rsidR="00DF1130" w:rsidRPr="00EA0EAA" w:rsidRDefault="00B02816">
            <w:pPr>
              <w:rPr>
                <w:rFonts w:ascii="Neue Haas Grotesk Text Pro" w:hAnsi="Neue Haas Grotesk Text Pro"/>
              </w:rPr>
            </w:pPr>
            <w:sdt>
              <w:sdtPr>
                <w:rPr>
                  <w:rFonts w:ascii="Segoe UI Symbol" w:hAnsi="Segoe UI Symbol" w:cs="Segoe UI Symbol"/>
                  <w:sz w:val="18"/>
                </w:rPr>
                <w:id w:val="1954279725"/>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006A347F" w:rsidRPr="00EA0EAA">
              <w:rPr>
                <w:rFonts w:ascii="Neue Haas Grotesk Text Pro" w:hAnsi="Neue Haas Grotesk Text Pro"/>
                <w:sz w:val="18"/>
              </w:rPr>
              <w:t xml:space="preserve"> Drafting text that I later edited</w:t>
            </w:r>
          </w:p>
        </w:tc>
        <w:tc>
          <w:tcPr>
            <w:tcW w:w="5103" w:type="dxa"/>
            <w:tcBorders>
              <w:top w:val="single" w:sz="4" w:space="0" w:color="D8DDDD"/>
              <w:left w:val="single" w:sz="4" w:space="0" w:color="D8DDDD"/>
              <w:bottom w:val="single" w:sz="4" w:space="0" w:color="D8DDDD"/>
              <w:right w:val="single" w:sz="4" w:space="0" w:color="D8DDDD"/>
            </w:tcBorders>
            <w:shd w:val="clear" w:color="auto" w:fill="FFFFFF"/>
          </w:tcPr>
          <w:p w14:paraId="618C202E" w14:textId="76349E80" w:rsidR="00DF1130" w:rsidRPr="00EA0EAA" w:rsidRDefault="00B02816">
            <w:pPr>
              <w:rPr>
                <w:rFonts w:ascii="Neue Haas Grotesk Text Pro" w:hAnsi="Neue Haas Grotesk Text Pro"/>
              </w:rPr>
            </w:pPr>
            <w:sdt>
              <w:sdtPr>
                <w:rPr>
                  <w:rFonts w:ascii="Segoe UI Symbol" w:hAnsi="Segoe UI Symbol" w:cs="Segoe UI Symbol"/>
                  <w:sz w:val="18"/>
                </w:rPr>
                <w:id w:val="365797252"/>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006A347F" w:rsidRPr="00EA0EAA">
              <w:rPr>
                <w:rFonts w:ascii="Neue Haas Grotesk Text Pro" w:hAnsi="Neue Haas Grotesk Text Pro"/>
                <w:sz w:val="18"/>
              </w:rPr>
              <w:t xml:space="preserve"> Other use described below</w:t>
            </w:r>
          </w:p>
        </w:tc>
      </w:tr>
    </w:tbl>
    <w:p w14:paraId="4B520B72" w14:textId="77777777" w:rsidR="00DF1130" w:rsidRPr="00EA0EAA" w:rsidRDefault="00DF1130">
      <w:pPr>
        <w:spacing w:after="40"/>
        <w:rPr>
          <w:rFonts w:ascii="Neue Haas Grotesk Text Pro" w:hAnsi="Neue Haas Grotesk Text Pro"/>
        </w:rPr>
      </w:pPr>
    </w:p>
    <w:tbl>
      <w:tblPr>
        <w:tblW w:w="0" w:type="auto"/>
        <w:jc w:val="center"/>
        <w:tblLayout w:type="fixed"/>
        <w:tblLook w:val="04A0" w:firstRow="1" w:lastRow="0" w:firstColumn="1" w:lastColumn="0" w:noHBand="0" w:noVBand="1"/>
      </w:tblPr>
      <w:tblGrid>
        <w:gridCol w:w="792"/>
        <w:gridCol w:w="9288"/>
      </w:tblGrid>
      <w:tr w:rsidR="00B02816" w:rsidRPr="00EA0EAA" w14:paraId="3F60DB0E" w14:textId="77777777" w:rsidTr="0020390E">
        <w:trPr>
          <w:jc w:val="center"/>
        </w:trPr>
        <w:tc>
          <w:tcPr>
            <w:tcW w:w="792" w:type="dxa"/>
            <w:tcBorders>
              <w:top w:val="single" w:sz="0" w:space="0" w:color="0A1414"/>
              <w:left w:val="single" w:sz="0" w:space="0" w:color="0A1414"/>
              <w:bottom w:val="single" w:sz="0" w:space="0" w:color="0A1414"/>
              <w:right w:val="single" w:sz="0" w:space="0" w:color="0A1414"/>
            </w:tcBorders>
            <w:shd w:val="clear" w:color="auto" w:fill="C8EB00"/>
            <w:vAlign w:val="center"/>
          </w:tcPr>
          <w:p w14:paraId="4EDFE689" w14:textId="7D3B25C0" w:rsidR="00B02816" w:rsidRPr="00EA0EAA" w:rsidRDefault="00B02816" w:rsidP="0020390E">
            <w:pPr>
              <w:jc w:val="center"/>
              <w:rPr>
                <w:rFonts w:ascii="Neue Haas Grotesk Text Pro" w:hAnsi="Neue Haas Grotesk Text Pro"/>
              </w:rPr>
            </w:pPr>
            <w:r>
              <w:rPr>
                <w:rFonts w:ascii="Neue Haas Grotesk Text Pro" w:hAnsi="Neue Haas Grotesk Text Pro"/>
                <w:b/>
                <w:sz w:val="26"/>
              </w:rPr>
              <w:t>4</w:t>
            </w:r>
          </w:p>
        </w:tc>
        <w:tc>
          <w:tcPr>
            <w:tcW w:w="9288" w:type="dxa"/>
            <w:tcBorders>
              <w:top w:val="single" w:sz="0" w:space="0" w:color="0A1414"/>
              <w:left w:val="single" w:sz="0" w:space="0" w:color="0A1414"/>
              <w:bottom w:val="single" w:sz="0" w:space="0" w:color="0A1414"/>
              <w:right w:val="single" w:sz="0" w:space="0" w:color="0A1414"/>
            </w:tcBorders>
            <w:shd w:val="clear" w:color="auto" w:fill="0A1414"/>
            <w:vAlign w:val="center"/>
          </w:tcPr>
          <w:p w14:paraId="7E9BF05B" w14:textId="77777777" w:rsidR="00B02816" w:rsidRPr="00EA0EAA" w:rsidRDefault="00B02816" w:rsidP="0020390E">
            <w:pPr>
              <w:rPr>
                <w:rFonts w:ascii="Neue Haas Grotesk Text Pro" w:hAnsi="Neue Haas Grotesk Text Pro"/>
              </w:rPr>
            </w:pPr>
            <w:r w:rsidRPr="00EA0EAA">
              <w:rPr>
                <w:rFonts w:ascii="Neue Haas Grotesk Text Pro" w:hAnsi="Neue Haas Grotesk Text Pro"/>
                <w:b/>
                <w:color w:val="FFFFFF"/>
                <w:sz w:val="26"/>
              </w:rPr>
              <w:t>Description of AI use</w:t>
            </w:r>
          </w:p>
        </w:tc>
      </w:tr>
    </w:tbl>
    <w:p w14:paraId="01C075A4" w14:textId="77777777" w:rsidR="00B02816" w:rsidRPr="00EA0EAA" w:rsidRDefault="00B02816" w:rsidP="00B02816">
      <w:pPr>
        <w:spacing w:after="80"/>
        <w:rPr>
          <w:rFonts w:ascii="Neue Haas Grotesk Text Pro" w:hAnsi="Neue Haas Grotesk Text Pro"/>
        </w:rPr>
      </w:pPr>
    </w:p>
    <w:tbl>
      <w:tblPr>
        <w:tblW w:w="0" w:type="auto"/>
        <w:jc w:val="center"/>
        <w:tblLook w:val="04A0" w:firstRow="1" w:lastRow="0" w:firstColumn="1" w:lastColumn="0" w:noHBand="0" w:noVBand="1"/>
      </w:tblPr>
      <w:tblGrid>
        <w:gridCol w:w="10175"/>
      </w:tblGrid>
      <w:tr w:rsidR="00B02816" w:rsidRPr="00EA0EAA" w14:paraId="59E4A2FA" w14:textId="77777777" w:rsidTr="0020390E">
        <w:trPr>
          <w:cantSplit/>
          <w:jc w:val="center"/>
        </w:trPr>
        <w:tc>
          <w:tcPr>
            <w:tcW w:w="10206" w:type="dxa"/>
            <w:tcBorders>
              <w:top w:val="single" w:sz="6" w:space="0" w:color="D8DDDD"/>
              <w:left w:val="single" w:sz="18" w:space="0" w:color="C8EB00"/>
              <w:bottom w:val="single" w:sz="6" w:space="0" w:color="D8DDDD"/>
              <w:right w:val="single" w:sz="6" w:space="0" w:color="D8DDDD"/>
            </w:tcBorders>
            <w:shd w:val="clear" w:color="auto" w:fill="FFFFFF"/>
          </w:tcPr>
          <w:p w14:paraId="4F6DC7FA" w14:textId="77777777" w:rsidR="00B02816" w:rsidRPr="00EA0EAA" w:rsidRDefault="00B02816" w:rsidP="0020390E">
            <w:pPr>
              <w:spacing w:after="80"/>
              <w:rPr>
                <w:rFonts w:ascii="Neue Haas Grotesk Text Pro" w:hAnsi="Neue Haas Grotesk Text Pro"/>
              </w:rPr>
            </w:pPr>
            <w:r w:rsidRPr="00EA0EAA">
              <w:rPr>
                <w:rFonts w:ascii="Neue Haas Grotesk Text Pro" w:hAnsi="Neue Haas Grotesk Text Pro"/>
                <w:b/>
              </w:rPr>
              <w:t>What did you ask the AI tool to do? Include the task, prompt type or purpose.</w:t>
            </w:r>
          </w:p>
          <w:p w14:paraId="419DB2E4" w14:textId="77777777" w:rsidR="00B02816" w:rsidRPr="00EA0EAA" w:rsidRDefault="00B02816" w:rsidP="0020390E">
            <w:pPr>
              <w:rPr>
                <w:rFonts w:ascii="Neue Haas Grotesk Text Pro" w:hAnsi="Neue Haas Grotesk Text Pro"/>
              </w:rPr>
            </w:pPr>
          </w:p>
        </w:tc>
      </w:tr>
    </w:tbl>
    <w:p w14:paraId="334D3BF8" w14:textId="77777777" w:rsidR="00B02816" w:rsidRPr="00EA0EAA" w:rsidRDefault="00B02816" w:rsidP="00B02816">
      <w:pPr>
        <w:spacing w:after="40"/>
        <w:rPr>
          <w:rFonts w:ascii="Neue Haas Grotesk Text Pro" w:hAnsi="Neue Haas Grotesk Text Pro"/>
        </w:rPr>
      </w:pPr>
    </w:p>
    <w:tbl>
      <w:tblPr>
        <w:tblW w:w="0" w:type="auto"/>
        <w:jc w:val="center"/>
        <w:tblLook w:val="04A0" w:firstRow="1" w:lastRow="0" w:firstColumn="1" w:lastColumn="0" w:noHBand="0" w:noVBand="1"/>
      </w:tblPr>
      <w:tblGrid>
        <w:gridCol w:w="10175"/>
      </w:tblGrid>
      <w:tr w:rsidR="00B02816" w:rsidRPr="00EA0EAA" w14:paraId="2F2A77BE" w14:textId="77777777" w:rsidTr="0020390E">
        <w:trPr>
          <w:cantSplit/>
          <w:jc w:val="center"/>
        </w:trPr>
        <w:tc>
          <w:tcPr>
            <w:tcW w:w="10206" w:type="dxa"/>
            <w:tcBorders>
              <w:top w:val="single" w:sz="6" w:space="0" w:color="D8DDDD"/>
              <w:left w:val="single" w:sz="18" w:space="0" w:color="C8EB00"/>
              <w:bottom w:val="single" w:sz="6" w:space="0" w:color="D8DDDD"/>
              <w:right w:val="single" w:sz="6" w:space="0" w:color="D8DDDD"/>
            </w:tcBorders>
            <w:shd w:val="clear" w:color="auto" w:fill="FFFFFF"/>
          </w:tcPr>
          <w:p w14:paraId="35026931" w14:textId="77777777" w:rsidR="00B02816" w:rsidRPr="00EA0EAA" w:rsidRDefault="00B02816" w:rsidP="0020390E">
            <w:pPr>
              <w:spacing w:after="80"/>
              <w:rPr>
                <w:rFonts w:ascii="Neue Haas Grotesk Text Pro" w:hAnsi="Neue Haas Grotesk Text Pro"/>
              </w:rPr>
            </w:pPr>
            <w:r w:rsidRPr="00EA0EAA">
              <w:rPr>
                <w:rFonts w:ascii="Neue Haas Grotesk Text Pro" w:hAnsi="Neue Haas Grotesk Text Pro"/>
                <w:b/>
              </w:rPr>
              <w:t>What did the AI tool produce? Describe the output, such as ideas, a draft, an outline, images, code, summaries or feedback.</w:t>
            </w:r>
          </w:p>
          <w:p w14:paraId="388A5D4F" w14:textId="77777777" w:rsidR="00B02816" w:rsidRPr="00EA0EAA" w:rsidRDefault="00B02816" w:rsidP="0020390E">
            <w:pPr>
              <w:rPr>
                <w:rFonts w:ascii="Neue Haas Grotesk Text Pro" w:hAnsi="Neue Haas Grotesk Text Pro"/>
              </w:rPr>
            </w:pPr>
          </w:p>
        </w:tc>
      </w:tr>
    </w:tbl>
    <w:p w14:paraId="0B4077E9" w14:textId="77777777" w:rsidR="00B02816" w:rsidRPr="00EA0EAA" w:rsidRDefault="00B02816" w:rsidP="00B02816">
      <w:pPr>
        <w:spacing w:after="40"/>
        <w:rPr>
          <w:rFonts w:ascii="Neue Haas Grotesk Text Pro" w:hAnsi="Neue Haas Grotesk Text Pro"/>
        </w:rPr>
      </w:pPr>
    </w:p>
    <w:tbl>
      <w:tblPr>
        <w:tblW w:w="0" w:type="auto"/>
        <w:jc w:val="center"/>
        <w:tblLook w:val="04A0" w:firstRow="1" w:lastRow="0" w:firstColumn="1" w:lastColumn="0" w:noHBand="0" w:noVBand="1"/>
      </w:tblPr>
      <w:tblGrid>
        <w:gridCol w:w="10175"/>
      </w:tblGrid>
      <w:tr w:rsidR="00B02816" w:rsidRPr="00EA0EAA" w14:paraId="0013DD83" w14:textId="77777777" w:rsidTr="0020390E">
        <w:trPr>
          <w:cantSplit/>
          <w:jc w:val="center"/>
        </w:trPr>
        <w:tc>
          <w:tcPr>
            <w:tcW w:w="10206" w:type="dxa"/>
            <w:tcBorders>
              <w:top w:val="single" w:sz="6" w:space="0" w:color="D8DDDD"/>
              <w:left w:val="single" w:sz="18" w:space="0" w:color="C8EB00"/>
              <w:bottom w:val="single" w:sz="6" w:space="0" w:color="D8DDDD"/>
              <w:right w:val="single" w:sz="6" w:space="0" w:color="D8DDDD"/>
            </w:tcBorders>
            <w:shd w:val="clear" w:color="auto" w:fill="FFFFFF"/>
          </w:tcPr>
          <w:p w14:paraId="4344EED9" w14:textId="77777777" w:rsidR="00B02816" w:rsidRPr="00EA0EAA" w:rsidRDefault="00B02816" w:rsidP="0020390E">
            <w:pPr>
              <w:spacing w:after="80"/>
              <w:rPr>
                <w:rFonts w:ascii="Neue Haas Grotesk Text Pro" w:hAnsi="Neue Haas Grotesk Text Pro"/>
              </w:rPr>
            </w:pPr>
            <w:r w:rsidRPr="00EA0EAA">
              <w:rPr>
                <w:rFonts w:ascii="Neue Haas Grotesk Text Pro" w:hAnsi="Neue Haas Grotesk Text Pro"/>
                <w:b/>
              </w:rPr>
              <w:t>What did you accept, reject, change or add? Explain your own decisions.</w:t>
            </w:r>
          </w:p>
          <w:p w14:paraId="468BE66E" w14:textId="77777777" w:rsidR="00B02816" w:rsidRPr="00EA0EAA" w:rsidRDefault="00B02816" w:rsidP="0020390E">
            <w:pPr>
              <w:rPr>
                <w:rFonts w:ascii="Neue Haas Grotesk Text Pro" w:hAnsi="Neue Haas Grotesk Text Pro"/>
              </w:rPr>
            </w:pPr>
          </w:p>
        </w:tc>
      </w:tr>
    </w:tbl>
    <w:p w14:paraId="15258C03" w14:textId="77777777" w:rsidR="00B02816" w:rsidRPr="00EA0EAA" w:rsidRDefault="00B02816" w:rsidP="00B02816">
      <w:pPr>
        <w:spacing w:after="40"/>
        <w:rPr>
          <w:rFonts w:ascii="Neue Haas Grotesk Text Pro" w:hAnsi="Neue Haas Grotesk Text Pro"/>
        </w:rPr>
      </w:pPr>
    </w:p>
    <w:tbl>
      <w:tblPr>
        <w:tblW w:w="0" w:type="auto"/>
        <w:jc w:val="center"/>
        <w:tblLook w:val="04A0" w:firstRow="1" w:lastRow="0" w:firstColumn="1" w:lastColumn="0" w:noHBand="0" w:noVBand="1"/>
      </w:tblPr>
      <w:tblGrid>
        <w:gridCol w:w="10175"/>
      </w:tblGrid>
      <w:tr w:rsidR="00B02816" w:rsidRPr="00EA0EAA" w14:paraId="1E9DF97B" w14:textId="77777777" w:rsidTr="0020390E">
        <w:trPr>
          <w:cantSplit/>
          <w:jc w:val="center"/>
        </w:trPr>
        <w:tc>
          <w:tcPr>
            <w:tcW w:w="10206" w:type="dxa"/>
            <w:tcBorders>
              <w:top w:val="single" w:sz="6" w:space="0" w:color="D8DDDD"/>
              <w:left w:val="single" w:sz="18" w:space="0" w:color="C8EB00"/>
              <w:bottom w:val="single" w:sz="6" w:space="0" w:color="D8DDDD"/>
              <w:right w:val="single" w:sz="6" w:space="0" w:color="D8DDDD"/>
            </w:tcBorders>
            <w:shd w:val="clear" w:color="auto" w:fill="FFFFFF"/>
          </w:tcPr>
          <w:p w14:paraId="5C790304" w14:textId="77777777" w:rsidR="00B02816" w:rsidRPr="00EA0EAA" w:rsidRDefault="00B02816" w:rsidP="0020390E">
            <w:pPr>
              <w:spacing w:after="80"/>
              <w:rPr>
                <w:rFonts w:ascii="Neue Haas Grotesk Text Pro" w:hAnsi="Neue Haas Grotesk Text Pro"/>
              </w:rPr>
            </w:pPr>
            <w:r w:rsidRPr="00EA0EAA">
              <w:rPr>
                <w:rFonts w:ascii="Neue Haas Grotesk Text Pro" w:hAnsi="Neue Haas Grotesk Text Pro"/>
                <w:b/>
              </w:rPr>
              <w:t>How did you check accuracy, originality, referencing, copyright, bias or ethical risk?</w:t>
            </w:r>
          </w:p>
          <w:p w14:paraId="2975933B" w14:textId="77777777" w:rsidR="00B02816" w:rsidRPr="00EA0EAA" w:rsidRDefault="00B02816" w:rsidP="0020390E">
            <w:pPr>
              <w:rPr>
                <w:rFonts w:ascii="Neue Haas Grotesk Text Pro" w:hAnsi="Neue Haas Grotesk Text Pro"/>
              </w:rPr>
            </w:pPr>
          </w:p>
        </w:tc>
      </w:tr>
    </w:tbl>
    <w:p w14:paraId="2D789C42" w14:textId="77777777" w:rsidR="00B02816" w:rsidRPr="00EA0EAA" w:rsidRDefault="00B02816" w:rsidP="00B02816">
      <w:pPr>
        <w:spacing w:after="40"/>
        <w:rPr>
          <w:rFonts w:ascii="Neue Haas Grotesk Text Pro" w:hAnsi="Neue Haas Grotesk Text Pro"/>
        </w:rPr>
      </w:pPr>
    </w:p>
    <w:tbl>
      <w:tblPr>
        <w:tblW w:w="0" w:type="auto"/>
        <w:jc w:val="center"/>
        <w:tblLook w:val="04A0" w:firstRow="1" w:lastRow="0" w:firstColumn="1" w:lastColumn="0" w:noHBand="0" w:noVBand="1"/>
      </w:tblPr>
      <w:tblGrid>
        <w:gridCol w:w="10175"/>
      </w:tblGrid>
      <w:tr w:rsidR="00B02816" w:rsidRPr="00EA0EAA" w14:paraId="52B08530" w14:textId="77777777" w:rsidTr="0020390E">
        <w:trPr>
          <w:cantSplit/>
          <w:jc w:val="center"/>
        </w:trPr>
        <w:tc>
          <w:tcPr>
            <w:tcW w:w="10206" w:type="dxa"/>
            <w:tcBorders>
              <w:top w:val="single" w:sz="6" w:space="0" w:color="D8DDDD"/>
              <w:left w:val="single" w:sz="18" w:space="0" w:color="C8EB00"/>
              <w:bottom w:val="single" w:sz="6" w:space="0" w:color="D8DDDD"/>
              <w:right w:val="single" w:sz="6" w:space="0" w:color="D8DDDD"/>
            </w:tcBorders>
            <w:shd w:val="clear" w:color="auto" w:fill="FFFFFF"/>
          </w:tcPr>
          <w:p w14:paraId="070F48C7" w14:textId="77777777" w:rsidR="00B02816" w:rsidRPr="00EA0EAA" w:rsidRDefault="00B02816" w:rsidP="0020390E">
            <w:pPr>
              <w:spacing w:after="80"/>
              <w:rPr>
                <w:rFonts w:ascii="Neue Haas Grotesk Text Pro" w:hAnsi="Neue Haas Grotesk Text Pro"/>
              </w:rPr>
            </w:pPr>
            <w:r w:rsidRPr="00EA0EAA">
              <w:rPr>
                <w:rFonts w:ascii="Neue Haas Grotesk Text Pro" w:hAnsi="Neue Haas Grotesk Text Pro"/>
                <w:b/>
              </w:rPr>
              <w:t>Which part(s) of the submitted assessment were affected by this AI use?</w:t>
            </w:r>
          </w:p>
          <w:p w14:paraId="7067A1A1" w14:textId="77777777" w:rsidR="00B02816" w:rsidRPr="00EA0EAA" w:rsidRDefault="00B02816" w:rsidP="0020390E">
            <w:pPr>
              <w:rPr>
                <w:rFonts w:ascii="Neue Haas Grotesk Text Pro" w:hAnsi="Neue Haas Grotesk Text Pro"/>
              </w:rPr>
            </w:pPr>
          </w:p>
        </w:tc>
      </w:tr>
    </w:tbl>
    <w:p w14:paraId="58F26B43" w14:textId="77777777" w:rsidR="00B02816" w:rsidRPr="00EA0EAA" w:rsidRDefault="00B02816" w:rsidP="00B02816">
      <w:pPr>
        <w:spacing w:after="40"/>
        <w:rPr>
          <w:rFonts w:ascii="Neue Haas Grotesk Text Pro" w:hAnsi="Neue Haas Grotesk Text Pro"/>
        </w:rPr>
      </w:pPr>
    </w:p>
    <w:p w14:paraId="01E1CF71" w14:textId="77777777" w:rsidR="00B02816" w:rsidRPr="00EA0EAA" w:rsidRDefault="00B02816">
      <w:pPr>
        <w:rPr>
          <w:rFonts w:ascii="Neue Haas Grotesk Text Pro" w:hAnsi="Neue Haas Grotesk Text Pro"/>
        </w:rPr>
      </w:pPr>
    </w:p>
    <w:p w14:paraId="70DCA6FA" w14:textId="77777777" w:rsidR="00DF1130" w:rsidRPr="00EA0EAA" w:rsidRDefault="006A347F">
      <w:pPr>
        <w:rPr>
          <w:rFonts w:ascii="Neue Haas Grotesk Text Pro" w:hAnsi="Neue Haas Grotesk Text Pro"/>
        </w:rPr>
      </w:pPr>
      <w:r w:rsidRPr="00EA0EAA">
        <w:rPr>
          <w:rFonts w:ascii="Neue Haas Grotesk Text Pro" w:hAnsi="Neue Haas Grotesk Text Pro"/>
        </w:rPr>
        <w:br w:type="page"/>
      </w:r>
    </w:p>
    <w:tbl>
      <w:tblPr>
        <w:tblW w:w="0" w:type="auto"/>
        <w:jc w:val="center"/>
        <w:tblLayout w:type="fixed"/>
        <w:tblLook w:val="04A0" w:firstRow="1" w:lastRow="0" w:firstColumn="1" w:lastColumn="0" w:noHBand="0" w:noVBand="1"/>
      </w:tblPr>
      <w:tblGrid>
        <w:gridCol w:w="792"/>
        <w:gridCol w:w="9288"/>
      </w:tblGrid>
      <w:tr w:rsidR="00DF1130" w:rsidRPr="00EA0EAA" w14:paraId="78F64D9C" w14:textId="77777777">
        <w:trPr>
          <w:jc w:val="center"/>
        </w:trPr>
        <w:tc>
          <w:tcPr>
            <w:tcW w:w="792" w:type="dxa"/>
            <w:tcBorders>
              <w:top w:val="single" w:sz="0" w:space="0" w:color="0A1414"/>
              <w:left w:val="single" w:sz="0" w:space="0" w:color="0A1414"/>
              <w:bottom w:val="single" w:sz="0" w:space="0" w:color="0A1414"/>
              <w:right w:val="single" w:sz="0" w:space="0" w:color="0A1414"/>
            </w:tcBorders>
            <w:shd w:val="clear" w:color="auto" w:fill="C8EB00"/>
            <w:vAlign w:val="center"/>
          </w:tcPr>
          <w:p w14:paraId="5BFEC6F8" w14:textId="435A7776" w:rsidR="00DF1130" w:rsidRPr="00EA0EAA" w:rsidRDefault="00B02816">
            <w:pPr>
              <w:jc w:val="center"/>
              <w:rPr>
                <w:rFonts w:ascii="Neue Haas Grotesk Text Pro" w:hAnsi="Neue Haas Grotesk Text Pro"/>
              </w:rPr>
            </w:pPr>
            <w:r>
              <w:rPr>
                <w:rFonts w:ascii="Neue Haas Grotesk Text Pro" w:hAnsi="Neue Haas Grotesk Text Pro"/>
                <w:b/>
                <w:sz w:val="26"/>
              </w:rPr>
              <w:lastRenderedPageBreak/>
              <w:t>5</w:t>
            </w:r>
          </w:p>
        </w:tc>
        <w:tc>
          <w:tcPr>
            <w:tcW w:w="9288" w:type="dxa"/>
            <w:tcBorders>
              <w:top w:val="single" w:sz="0" w:space="0" w:color="0A1414"/>
              <w:left w:val="single" w:sz="0" w:space="0" w:color="0A1414"/>
              <w:bottom w:val="single" w:sz="0" w:space="0" w:color="0A1414"/>
              <w:right w:val="single" w:sz="0" w:space="0" w:color="0A1414"/>
            </w:tcBorders>
            <w:shd w:val="clear" w:color="auto" w:fill="0A1414"/>
            <w:vAlign w:val="center"/>
          </w:tcPr>
          <w:p w14:paraId="58240590" w14:textId="77777777" w:rsidR="00DF1130" w:rsidRPr="00EA0EAA" w:rsidRDefault="006A347F">
            <w:pPr>
              <w:rPr>
                <w:rFonts w:ascii="Neue Haas Grotesk Text Pro" w:hAnsi="Neue Haas Grotesk Text Pro"/>
              </w:rPr>
            </w:pPr>
            <w:r w:rsidRPr="00EA0EAA">
              <w:rPr>
                <w:rFonts w:ascii="Neue Haas Grotesk Text Pro" w:hAnsi="Neue Haas Grotesk Text Pro"/>
                <w:b/>
                <w:color w:val="FFFFFF"/>
                <w:sz w:val="26"/>
              </w:rPr>
              <w:t>Process evidence</w:t>
            </w:r>
          </w:p>
        </w:tc>
      </w:tr>
    </w:tbl>
    <w:p w14:paraId="1C0C53E2" w14:textId="77777777" w:rsidR="00DF1130" w:rsidRPr="00EA0EAA" w:rsidRDefault="00DF1130">
      <w:pPr>
        <w:spacing w:after="80"/>
        <w:rPr>
          <w:rFonts w:ascii="Neue Haas Grotesk Text Pro" w:hAnsi="Neue Haas Grotesk Text Pro"/>
        </w:rPr>
      </w:pPr>
    </w:p>
    <w:tbl>
      <w:tblPr>
        <w:tblW w:w="0" w:type="auto"/>
        <w:jc w:val="center"/>
        <w:tblLook w:val="04A0" w:firstRow="1" w:lastRow="0" w:firstColumn="1" w:lastColumn="0" w:noHBand="0" w:noVBand="1"/>
      </w:tblPr>
      <w:tblGrid>
        <w:gridCol w:w="10196"/>
      </w:tblGrid>
      <w:tr w:rsidR="00DF1130" w:rsidRPr="00EA0EAA" w14:paraId="7203465D" w14:textId="77777777">
        <w:trPr>
          <w:cantSplit/>
          <w:jc w:val="center"/>
        </w:trPr>
        <w:tc>
          <w:tcPr>
            <w:tcW w:w="10206" w:type="dxa"/>
            <w:tcBorders>
              <w:top w:val="single" w:sz="18" w:space="0" w:color="C8EB00"/>
              <w:left w:val="single" w:sz="4" w:space="0" w:color="D8DDDD"/>
              <w:bottom w:val="single" w:sz="4" w:space="0" w:color="D8DDDD"/>
              <w:right w:val="single" w:sz="4" w:space="0" w:color="D8DDDD"/>
            </w:tcBorders>
            <w:shd w:val="clear" w:color="auto" w:fill="F4F7F7"/>
          </w:tcPr>
          <w:p w14:paraId="1FFAC278" w14:textId="77777777" w:rsidR="00DF1130" w:rsidRPr="00EA0EAA" w:rsidRDefault="006A347F">
            <w:pPr>
              <w:spacing w:after="0"/>
              <w:rPr>
                <w:rFonts w:ascii="Neue Haas Grotesk Text Pro" w:hAnsi="Neue Haas Grotesk Text Pro"/>
              </w:rPr>
            </w:pPr>
            <w:r w:rsidRPr="00EA0EAA">
              <w:rPr>
                <w:rFonts w:ascii="Neue Haas Grotesk Text Pro" w:hAnsi="Neue Haas Grotesk Text Pro"/>
              </w:rPr>
              <w:t>Use this section to identify the evidence available to support your declaration. Evidence may be included in your submission, kept in your development work, or provided if requested by the module team.</w:t>
            </w:r>
          </w:p>
        </w:tc>
      </w:tr>
    </w:tbl>
    <w:p w14:paraId="02AF56A6" w14:textId="77777777" w:rsidR="00DF1130" w:rsidRPr="00EA0EAA" w:rsidRDefault="00DF1130">
      <w:pPr>
        <w:spacing w:after="40"/>
        <w:rPr>
          <w:rFonts w:ascii="Neue Haas Grotesk Text Pro" w:hAnsi="Neue Haas Grotesk Text Pro"/>
        </w:rPr>
      </w:pPr>
    </w:p>
    <w:p w14:paraId="1B9BD155" w14:textId="77777777" w:rsidR="00DF1130" w:rsidRPr="00EA0EAA" w:rsidRDefault="006A347F">
      <w:pPr>
        <w:spacing w:after="80"/>
        <w:rPr>
          <w:rFonts w:ascii="Neue Haas Grotesk Text Pro" w:hAnsi="Neue Haas Grotesk Text Pro"/>
        </w:rPr>
      </w:pPr>
      <w:r w:rsidRPr="00EA0EAA">
        <w:rPr>
          <w:rFonts w:ascii="Neue Haas Grotesk Text Pro" w:hAnsi="Neue Haas Grotesk Text Pro"/>
          <w:b/>
          <w:sz w:val="21"/>
        </w:rPr>
        <w:t>Tick the evidence you have available:</w:t>
      </w:r>
    </w:p>
    <w:tbl>
      <w:tblPr>
        <w:tblW w:w="0" w:type="auto"/>
        <w:jc w:val="center"/>
        <w:tblLayout w:type="fixed"/>
        <w:tblLook w:val="04A0" w:firstRow="1" w:lastRow="0" w:firstColumn="1" w:lastColumn="0" w:noHBand="0" w:noVBand="1"/>
      </w:tblPr>
      <w:tblGrid>
        <w:gridCol w:w="5103"/>
        <w:gridCol w:w="5103"/>
      </w:tblGrid>
      <w:tr w:rsidR="00DF1130" w:rsidRPr="00EA0EAA" w14:paraId="539D2B96" w14:textId="77777777">
        <w:trPr>
          <w:cantSplit/>
          <w:jc w:val="center"/>
        </w:trPr>
        <w:tc>
          <w:tcPr>
            <w:tcW w:w="5103" w:type="dxa"/>
            <w:tcBorders>
              <w:top w:val="single" w:sz="4" w:space="0" w:color="D8DDDD"/>
              <w:left w:val="single" w:sz="4" w:space="0" w:color="D8DDDD"/>
              <w:bottom w:val="single" w:sz="4" w:space="0" w:color="D8DDDD"/>
              <w:right w:val="single" w:sz="4" w:space="0" w:color="D8DDDD"/>
            </w:tcBorders>
            <w:shd w:val="clear" w:color="auto" w:fill="FFFFFF"/>
          </w:tcPr>
          <w:p w14:paraId="43BA781B" w14:textId="5A7E2656" w:rsidR="00DF1130" w:rsidRPr="00EA0EAA" w:rsidRDefault="00B02816">
            <w:pPr>
              <w:rPr>
                <w:rFonts w:ascii="Neue Haas Grotesk Text Pro" w:hAnsi="Neue Haas Grotesk Text Pro"/>
              </w:rPr>
            </w:pPr>
            <w:sdt>
              <w:sdtPr>
                <w:rPr>
                  <w:rFonts w:ascii="Segoe UI Symbol" w:hAnsi="Segoe UI Symbol" w:cs="Segoe UI Symbol"/>
                  <w:sz w:val="18"/>
                </w:rPr>
                <w:id w:val="160370752"/>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006A347F" w:rsidRPr="00EA0EAA">
              <w:rPr>
                <w:rFonts w:ascii="Neue Haas Grotesk Text Pro" w:hAnsi="Neue Haas Grotesk Text Pro"/>
                <w:sz w:val="18"/>
              </w:rPr>
              <w:t xml:space="preserve"> Prompts and AI outputs</w:t>
            </w:r>
          </w:p>
        </w:tc>
        <w:tc>
          <w:tcPr>
            <w:tcW w:w="5103" w:type="dxa"/>
            <w:tcBorders>
              <w:top w:val="single" w:sz="4" w:space="0" w:color="D8DDDD"/>
              <w:left w:val="single" w:sz="4" w:space="0" w:color="D8DDDD"/>
              <w:bottom w:val="single" w:sz="4" w:space="0" w:color="D8DDDD"/>
              <w:right w:val="single" w:sz="4" w:space="0" w:color="D8DDDD"/>
            </w:tcBorders>
            <w:shd w:val="clear" w:color="auto" w:fill="FFFFFF"/>
          </w:tcPr>
          <w:p w14:paraId="639E8690" w14:textId="749A77E7" w:rsidR="00DF1130" w:rsidRPr="00EA0EAA" w:rsidRDefault="00B02816">
            <w:pPr>
              <w:rPr>
                <w:rFonts w:ascii="Neue Haas Grotesk Text Pro" w:hAnsi="Neue Haas Grotesk Text Pro"/>
              </w:rPr>
            </w:pPr>
            <w:sdt>
              <w:sdtPr>
                <w:rPr>
                  <w:rFonts w:ascii="Segoe UI Symbol" w:hAnsi="Segoe UI Symbol" w:cs="Segoe UI Symbol"/>
                  <w:sz w:val="18"/>
                </w:rPr>
                <w:id w:val="-136879176"/>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006A347F" w:rsidRPr="00EA0EAA">
              <w:rPr>
                <w:rFonts w:ascii="Neue Haas Grotesk Text Pro" w:hAnsi="Neue Haas Grotesk Text Pro"/>
                <w:sz w:val="18"/>
              </w:rPr>
              <w:t xml:space="preserve"> Process log or reflective notes</w:t>
            </w:r>
          </w:p>
        </w:tc>
      </w:tr>
      <w:tr w:rsidR="00DF1130" w:rsidRPr="00EA0EAA" w14:paraId="65CACA21" w14:textId="77777777">
        <w:trPr>
          <w:cantSplit/>
          <w:jc w:val="center"/>
        </w:trPr>
        <w:tc>
          <w:tcPr>
            <w:tcW w:w="5103" w:type="dxa"/>
            <w:tcBorders>
              <w:top w:val="single" w:sz="4" w:space="0" w:color="D8DDDD"/>
              <w:left w:val="single" w:sz="4" w:space="0" w:color="D8DDDD"/>
              <w:bottom w:val="single" w:sz="4" w:space="0" w:color="D8DDDD"/>
              <w:right w:val="single" w:sz="4" w:space="0" w:color="D8DDDD"/>
            </w:tcBorders>
            <w:shd w:val="clear" w:color="auto" w:fill="FFFFFF"/>
          </w:tcPr>
          <w:p w14:paraId="4F9DFB33" w14:textId="67423DE2" w:rsidR="00DF1130" w:rsidRPr="00EA0EAA" w:rsidRDefault="00B02816">
            <w:pPr>
              <w:rPr>
                <w:rFonts w:ascii="Neue Haas Grotesk Text Pro" w:hAnsi="Neue Haas Grotesk Text Pro"/>
              </w:rPr>
            </w:pPr>
            <w:sdt>
              <w:sdtPr>
                <w:rPr>
                  <w:rFonts w:ascii="Segoe UI Symbol" w:hAnsi="Segoe UI Symbol" w:cs="Segoe UI Symbol"/>
                  <w:sz w:val="18"/>
                </w:rPr>
                <w:id w:val="-1593857658"/>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006A347F" w:rsidRPr="00EA0EAA">
              <w:rPr>
                <w:rFonts w:ascii="Neue Haas Grotesk Text Pro" w:hAnsi="Neue Haas Grotesk Text Pro"/>
                <w:sz w:val="18"/>
              </w:rPr>
              <w:t xml:space="preserve"> Screenshots of AI use</w:t>
            </w:r>
          </w:p>
        </w:tc>
        <w:tc>
          <w:tcPr>
            <w:tcW w:w="5103" w:type="dxa"/>
            <w:tcBorders>
              <w:top w:val="single" w:sz="4" w:space="0" w:color="D8DDDD"/>
              <w:left w:val="single" w:sz="4" w:space="0" w:color="D8DDDD"/>
              <w:bottom w:val="single" w:sz="4" w:space="0" w:color="D8DDDD"/>
              <w:right w:val="single" w:sz="4" w:space="0" w:color="D8DDDD"/>
            </w:tcBorders>
            <w:shd w:val="clear" w:color="auto" w:fill="FFFFFF"/>
          </w:tcPr>
          <w:p w14:paraId="7ABAA7F8" w14:textId="5562E3E7" w:rsidR="00DF1130" w:rsidRPr="00EA0EAA" w:rsidRDefault="00B02816">
            <w:pPr>
              <w:rPr>
                <w:rFonts w:ascii="Neue Haas Grotesk Text Pro" w:hAnsi="Neue Haas Grotesk Text Pro"/>
              </w:rPr>
            </w:pPr>
            <w:sdt>
              <w:sdtPr>
                <w:rPr>
                  <w:rFonts w:ascii="Segoe UI Symbol" w:hAnsi="Segoe UI Symbol" w:cs="Segoe UI Symbol"/>
                  <w:sz w:val="18"/>
                </w:rPr>
                <w:id w:val="-671110292"/>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006A347F" w:rsidRPr="00EA0EAA">
              <w:rPr>
                <w:rFonts w:ascii="Neue Haas Grotesk Text Pro" w:hAnsi="Neue Haas Grotesk Text Pro"/>
                <w:sz w:val="18"/>
              </w:rPr>
              <w:t xml:space="preserve"> Version history</w:t>
            </w:r>
          </w:p>
        </w:tc>
      </w:tr>
      <w:tr w:rsidR="00DF1130" w:rsidRPr="00EA0EAA" w14:paraId="188CEBA8" w14:textId="77777777">
        <w:trPr>
          <w:cantSplit/>
          <w:jc w:val="center"/>
        </w:trPr>
        <w:tc>
          <w:tcPr>
            <w:tcW w:w="5103" w:type="dxa"/>
            <w:tcBorders>
              <w:top w:val="single" w:sz="4" w:space="0" w:color="D8DDDD"/>
              <w:left w:val="single" w:sz="4" w:space="0" w:color="D8DDDD"/>
              <w:bottom w:val="single" w:sz="4" w:space="0" w:color="D8DDDD"/>
              <w:right w:val="single" w:sz="4" w:space="0" w:color="D8DDDD"/>
            </w:tcBorders>
            <w:shd w:val="clear" w:color="auto" w:fill="FFFFFF"/>
          </w:tcPr>
          <w:p w14:paraId="2FB949B4" w14:textId="69D9FFB7" w:rsidR="00DF1130" w:rsidRPr="00EA0EAA" w:rsidRDefault="00B02816">
            <w:pPr>
              <w:rPr>
                <w:rFonts w:ascii="Neue Haas Grotesk Text Pro" w:hAnsi="Neue Haas Grotesk Text Pro"/>
              </w:rPr>
            </w:pPr>
            <w:sdt>
              <w:sdtPr>
                <w:rPr>
                  <w:rFonts w:ascii="Segoe UI Symbol" w:hAnsi="Segoe UI Symbol" w:cs="Segoe UI Symbol"/>
                  <w:sz w:val="18"/>
                </w:rPr>
                <w:id w:val="-663781943"/>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006A347F" w:rsidRPr="00EA0EAA">
              <w:rPr>
                <w:rFonts w:ascii="Neue Haas Grotesk Text Pro" w:hAnsi="Neue Haas Grotesk Text Pro"/>
                <w:sz w:val="18"/>
              </w:rPr>
              <w:t xml:space="preserve"> Annotated drafts showing changes</w:t>
            </w:r>
          </w:p>
        </w:tc>
        <w:tc>
          <w:tcPr>
            <w:tcW w:w="5103" w:type="dxa"/>
            <w:tcBorders>
              <w:top w:val="single" w:sz="4" w:space="0" w:color="D8DDDD"/>
              <w:left w:val="single" w:sz="4" w:space="0" w:color="D8DDDD"/>
              <w:bottom w:val="single" w:sz="4" w:space="0" w:color="D8DDDD"/>
              <w:right w:val="single" w:sz="4" w:space="0" w:color="D8DDDD"/>
            </w:tcBorders>
            <w:shd w:val="clear" w:color="auto" w:fill="FFFFFF"/>
          </w:tcPr>
          <w:p w14:paraId="724D3F93" w14:textId="6CE75288" w:rsidR="00DF1130" w:rsidRPr="00EA0EAA" w:rsidRDefault="00B02816">
            <w:pPr>
              <w:rPr>
                <w:rFonts w:ascii="Neue Haas Grotesk Text Pro" w:hAnsi="Neue Haas Grotesk Text Pro"/>
              </w:rPr>
            </w:pPr>
            <w:sdt>
              <w:sdtPr>
                <w:rPr>
                  <w:rFonts w:ascii="Segoe UI Symbol" w:hAnsi="Segoe UI Symbol" w:cs="Segoe UI Symbol"/>
                  <w:sz w:val="18"/>
                </w:rPr>
                <w:id w:val="-561797658"/>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006A347F" w:rsidRPr="00EA0EAA">
              <w:rPr>
                <w:rFonts w:ascii="Neue Haas Grotesk Text Pro" w:hAnsi="Neue Haas Grotesk Text Pro"/>
                <w:sz w:val="18"/>
              </w:rPr>
              <w:t xml:space="preserve"> Tutor or peer feedback records</w:t>
            </w:r>
          </w:p>
        </w:tc>
      </w:tr>
      <w:tr w:rsidR="00DF1130" w:rsidRPr="00EA0EAA" w14:paraId="266AB55C" w14:textId="77777777">
        <w:trPr>
          <w:cantSplit/>
          <w:jc w:val="center"/>
        </w:trPr>
        <w:tc>
          <w:tcPr>
            <w:tcW w:w="5103" w:type="dxa"/>
            <w:tcBorders>
              <w:top w:val="single" w:sz="4" w:space="0" w:color="D8DDDD"/>
              <w:left w:val="single" w:sz="4" w:space="0" w:color="D8DDDD"/>
              <w:bottom w:val="single" w:sz="4" w:space="0" w:color="D8DDDD"/>
              <w:right w:val="single" w:sz="4" w:space="0" w:color="D8DDDD"/>
            </w:tcBorders>
            <w:shd w:val="clear" w:color="auto" w:fill="FFFFFF"/>
          </w:tcPr>
          <w:p w14:paraId="71394C3E" w14:textId="5C0D0C02" w:rsidR="00DF1130" w:rsidRPr="00EA0EAA" w:rsidRDefault="00B02816">
            <w:pPr>
              <w:rPr>
                <w:rFonts w:ascii="Neue Haas Grotesk Text Pro" w:hAnsi="Neue Haas Grotesk Text Pro"/>
              </w:rPr>
            </w:pPr>
            <w:sdt>
              <w:sdtPr>
                <w:rPr>
                  <w:rFonts w:ascii="Segoe UI Symbol" w:hAnsi="Segoe UI Symbol" w:cs="Segoe UI Symbol"/>
                  <w:sz w:val="18"/>
                </w:rPr>
                <w:id w:val="-1913838657"/>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006A347F" w:rsidRPr="00EA0EAA">
              <w:rPr>
                <w:rFonts w:ascii="Neue Haas Grotesk Text Pro" w:hAnsi="Neue Haas Grotesk Text Pro"/>
                <w:sz w:val="18"/>
              </w:rPr>
              <w:t xml:space="preserve"> Before-and-after versions</w:t>
            </w:r>
          </w:p>
        </w:tc>
        <w:tc>
          <w:tcPr>
            <w:tcW w:w="5103" w:type="dxa"/>
            <w:tcBorders>
              <w:top w:val="single" w:sz="4" w:space="0" w:color="D8DDDD"/>
              <w:left w:val="single" w:sz="4" w:space="0" w:color="D8DDDD"/>
              <w:bottom w:val="single" w:sz="4" w:space="0" w:color="D8DDDD"/>
              <w:right w:val="single" w:sz="4" w:space="0" w:color="D8DDDD"/>
            </w:tcBorders>
            <w:shd w:val="clear" w:color="auto" w:fill="FFFFFF"/>
          </w:tcPr>
          <w:p w14:paraId="3E2ED9EA" w14:textId="535DAEB7" w:rsidR="00DF1130" w:rsidRPr="00EA0EAA" w:rsidRDefault="00B02816">
            <w:pPr>
              <w:rPr>
                <w:rFonts w:ascii="Neue Haas Grotesk Text Pro" w:hAnsi="Neue Haas Grotesk Text Pro"/>
              </w:rPr>
            </w:pPr>
            <w:sdt>
              <w:sdtPr>
                <w:rPr>
                  <w:rFonts w:ascii="Segoe UI Symbol" w:hAnsi="Segoe UI Symbol" w:cs="Segoe UI Symbol"/>
                  <w:sz w:val="18"/>
                </w:rPr>
                <w:id w:val="-1172634011"/>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006A347F" w:rsidRPr="00EA0EAA">
              <w:rPr>
                <w:rFonts w:ascii="Neue Haas Grotesk Text Pro" w:hAnsi="Neue Haas Grotesk Text Pro"/>
                <w:sz w:val="18"/>
              </w:rPr>
              <w:t xml:space="preserve"> No AI used, so no AI-specific evidence is attached</w:t>
            </w:r>
          </w:p>
        </w:tc>
      </w:tr>
      <w:tr w:rsidR="00DF1130" w:rsidRPr="00EA0EAA" w14:paraId="7A43A673" w14:textId="77777777">
        <w:trPr>
          <w:cantSplit/>
          <w:jc w:val="center"/>
        </w:trPr>
        <w:tc>
          <w:tcPr>
            <w:tcW w:w="5103" w:type="dxa"/>
            <w:tcBorders>
              <w:top w:val="single" w:sz="4" w:space="0" w:color="D8DDDD"/>
              <w:left w:val="single" w:sz="4" w:space="0" w:color="D8DDDD"/>
              <w:bottom w:val="single" w:sz="4" w:space="0" w:color="D8DDDD"/>
              <w:right w:val="single" w:sz="4" w:space="0" w:color="D8DDDD"/>
            </w:tcBorders>
            <w:shd w:val="clear" w:color="auto" w:fill="FFFFFF"/>
          </w:tcPr>
          <w:p w14:paraId="66BC4B9C" w14:textId="5C31E3A3" w:rsidR="00DF1130" w:rsidRPr="00EA0EAA" w:rsidRDefault="00B02816">
            <w:pPr>
              <w:rPr>
                <w:rFonts w:ascii="Neue Haas Grotesk Text Pro" w:hAnsi="Neue Haas Grotesk Text Pro"/>
              </w:rPr>
            </w:pPr>
            <w:sdt>
              <w:sdtPr>
                <w:rPr>
                  <w:rFonts w:ascii="Segoe UI Symbol" w:hAnsi="Segoe UI Symbol" w:cs="Segoe UI Symbol"/>
                  <w:sz w:val="18"/>
                </w:rPr>
                <w:id w:val="2138455985"/>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006A347F" w:rsidRPr="00EA0EAA">
              <w:rPr>
                <w:rFonts w:ascii="Neue Haas Grotesk Text Pro" w:hAnsi="Neue Haas Grotesk Text Pro"/>
                <w:sz w:val="18"/>
              </w:rPr>
              <w:t xml:space="preserve"> Research notes or source checking</w:t>
            </w:r>
          </w:p>
        </w:tc>
        <w:tc>
          <w:tcPr>
            <w:tcW w:w="5103" w:type="dxa"/>
            <w:tcBorders>
              <w:top w:val="single" w:sz="4" w:space="0" w:color="D8DDDD"/>
              <w:left w:val="single" w:sz="4" w:space="0" w:color="D8DDDD"/>
              <w:bottom w:val="single" w:sz="4" w:space="0" w:color="D8DDDD"/>
              <w:right w:val="single" w:sz="4" w:space="0" w:color="D8DDDD"/>
            </w:tcBorders>
            <w:shd w:val="clear" w:color="auto" w:fill="FFFFFF"/>
          </w:tcPr>
          <w:p w14:paraId="60AD7A8F" w14:textId="652C0515" w:rsidR="00DF1130" w:rsidRPr="00EA0EAA" w:rsidRDefault="00B02816">
            <w:pPr>
              <w:rPr>
                <w:rFonts w:ascii="Neue Haas Grotesk Text Pro" w:hAnsi="Neue Haas Grotesk Text Pro"/>
              </w:rPr>
            </w:pPr>
            <w:sdt>
              <w:sdtPr>
                <w:rPr>
                  <w:rFonts w:ascii="Segoe UI Symbol" w:hAnsi="Segoe UI Symbol" w:cs="Segoe UI Symbol"/>
                  <w:sz w:val="18"/>
                </w:rPr>
                <w:id w:val="-880541633"/>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006A347F" w:rsidRPr="00EA0EAA">
              <w:rPr>
                <w:rFonts w:ascii="Neue Haas Grotesk Text Pro" w:hAnsi="Neue Haas Grotesk Text Pro"/>
                <w:sz w:val="18"/>
              </w:rPr>
              <w:t xml:space="preserve"> Other evidence described below</w:t>
            </w:r>
          </w:p>
        </w:tc>
      </w:tr>
      <w:tr w:rsidR="00DF1130" w:rsidRPr="00EA0EAA" w14:paraId="7086DEAE" w14:textId="77777777">
        <w:trPr>
          <w:cantSplit/>
          <w:jc w:val="center"/>
        </w:trPr>
        <w:tc>
          <w:tcPr>
            <w:tcW w:w="5103" w:type="dxa"/>
            <w:tcBorders>
              <w:top w:val="single" w:sz="4" w:space="0" w:color="D8DDDD"/>
              <w:left w:val="single" w:sz="4" w:space="0" w:color="D8DDDD"/>
              <w:bottom w:val="single" w:sz="4" w:space="0" w:color="D8DDDD"/>
              <w:right w:val="single" w:sz="4" w:space="0" w:color="D8DDDD"/>
            </w:tcBorders>
            <w:shd w:val="clear" w:color="auto" w:fill="FFFFFF"/>
          </w:tcPr>
          <w:p w14:paraId="10557634" w14:textId="6B6D0C3B" w:rsidR="00DF1130" w:rsidRPr="00EA0EAA" w:rsidRDefault="00B02816">
            <w:pPr>
              <w:rPr>
                <w:rFonts w:ascii="Neue Haas Grotesk Text Pro" w:hAnsi="Neue Haas Grotesk Text Pro"/>
              </w:rPr>
            </w:pPr>
            <w:sdt>
              <w:sdtPr>
                <w:rPr>
                  <w:rFonts w:ascii="Segoe UI Symbol" w:hAnsi="Segoe UI Symbol" w:cs="Segoe UI Symbol"/>
                  <w:sz w:val="18"/>
                </w:rPr>
                <w:id w:val="818002731"/>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006A347F" w:rsidRPr="00EA0EAA">
              <w:rPr>
                <w:rFonts w:ascii="Neue Haas Grotesk Text Pro" w:hAnsi="Neue Haas Grotesk Text Pro"/>
                <w:sz w:val="18"/>
              </w:rPr>
              <w:t xml:space="preserve"> Design iterations or development pages</w:t>
            </w:r>
          </w:p>
        </w:tc>
        <w:tc>
          <w:tcPr>
            <w:tcW w:w="5103" w:type="dxa"/>
            <w:tcBorders>
              <w:top w:val="single" w:sz="4" w:space="0" w:color="D8DDDD"/>
              <w:left w:val="single" w:sz="4" w:space="0" w:color="D8DDDD"/>
              <w:bottom w:val="single" w:sz="4" w:space="0" w:color="D8DDDD"/>
              <w:right w:val="single" w:sz="4" w:space="0" w:color="D8DDDD"/>
            </w:tcBorders>
            <w:shd w:val="clear" w:color="auto" w:fill="FFFFFF"/>
          </w:tcPr>
          <w:p w14:paraId="39A45613" w14:textId="77777777" w:rsidR="00DF1130" w:rsidRPr="00EA0EAA" w:rsidRDefault="00DF1130">
            <w:pPr>
              <w:rPr>
                <w:rFonts w:ascii="Neue Haas Grotesk Text Pro" w:hAnsi="Neue Haas Grotesk Text Pro"/>
              </w:rPr>
            </w:pPr>
          </w:p>
        </w:tc>
      </w:tr>
    </w:tbl>
    <w:p w14:paraId="0119B9DE" w14:textId="77777777" w:rsidR="00DF1130" w:rsidRPr="00EA0EAA" w:rsidRDefault="00DF1130">
      <w:pPr>
        <w:spacing w:after="40"/>
        <w:rPr>
          <w:rFonts w:ascii="Neue Haas Grotesk Text Pro" w:hAnsi="Neue Haas Grotesk Text Pro"/>
        </w:rPr>
      </w:pPr>
    </w:p>
    <w:tbl>
      <w:tblPr>
        <w:tblW w:w="0" w:type="auto"/>
        <w:jc w:val="center"/>
        <w:tblLook w:val="04A0" w:firstRow="1" w:lastRow="0" w:firstColumn="1" w:lastColumn="0" w:noHBand="0" w:noVBand="1"/>
      </w:tblPr>
      <w:tblGrid>
        <w:gridCol w:w="10175"/>
      </w:tblGrid>
      <w:tr w:rsidR="00DF1130" w:rsidRPr="00EA0EAA" w14:paraId="1D8CF675" w14:textId="77777777">
        <w:trPr>
          <w:cantSplit/>
          <w:jc w:val="center"/>
        </w:trPr>
        <w:tc>
          <w:tcPr>
            <w:tcW w:w="10206" w:type="dxa"/>
            <w:tcBorders>
              <w:top w:val="single" w:sz="6" w:space="0" w:color="D8DDDD"/>
              <w:left w:val="single" w:sz="18" w:space="0" w:color="C8EB00"/>
              <w:bottom w:val="single" w:sz="6" w:space="0" w:color="D8DDDD"/>
              <w:right w:val="single" w:sz="6" w:space="0" w:color="D8DDDD"/>
            </w:tcBorders>
            <w:shd w:val="clear" w:color="auto" w:fill="FFFFFF"/>
          </w:tcPr>
          <w:p w14:paraId="52FC287A" w14:textId="77777777" w:rsidR="00DF1130" w:rsidRPr="00EA0EAA" w:rsidRDefault="006A347F">
            <w:pPr>
              <w:spacing w:after="80"/>
              <w:rPr>
                <w:rFonts w:ascii="Neue Haas Grotesk Text Pro" w:hAnsi="Neue Haas Grotesk Text Pro"/>
              </w:rPr>
            </w:pPr>
            <w:r w:rsidRPr="00EA0EAA">
              <w:rPr>
                <w:rFonts w:ascii="Neue Haas Grotesk Text Pro" w:hAnsi="Neue Haas Grotesk Text Pro"/>
                <w:b/>
              </w:rPr>
              <w:t>Briefly describe where this evidence can be found.</w:t>
            </w:r>
          </w:p>
          <w:p w14:paraId="577E2637" w14:textId="28AADF19" w:rsidR="00DF1130" w:rsidRPr="00EA0EAA" w:rsidRDefault="00DF1130">
            <w:pPr>
              <w:rPr>
                <w:rFonts w:ascii="Neue Haas Grotesk Text Pro" w:hAnsi="Neue Haas Grotesk Text Pro"/>
              </w:rPr>
            </w:pPr>
          </w:p>
        </w:tc>
      </w:tr>
    </w:tbl>
    <w:p w14:paraId="43D79E40" w14:textId="77777777" w:rsidR="00DF1130" w:rsidRPr="00EA0EAA" w:rsidRDefault="00DF1130">
      <w:pPr>
        <w:spacing w:after="40"/>
        <w:rPr>
          <w:rFonts w:ascii="Neue Haas Grotesk Text Pro" w:hAnsi="Neue Haas Grotesk Text Pro"/>
        </w:rPr>
      </w:pPr>
    </w:p>
    <w:tbl>
      <w:tblPr>
        <w:tblW w:w="0" w:type="auto"/>
        <w:jc w:val="center"/>
        <w:tblLayout w:type="fixed"/>
        <w:tblLook w:val="04A0" w:firstRow="1" w:lastRow="0" w:firstColumn="1" w:lastColumn="0" w:noHBand="0" w:noVBand="1"/>
      </w:tblPr>
      <w:tblGrid>
        <w:gridCol w:w="792"/>
        <w:gridCol w:w="9288"/>
      </w:tblGrid>
      <w:tr w:rsidR="00B02816" w:rsidRPr="00EA0EAA" w14:paraId="763EA1EE" w14:textId="77777777" w:rsidTr="0020390E">
        <w:trPr>
          <w:jc w:val="center"/>
        </w:trPr>
        <w:tc>
          <w:tcPr>
            <w:tcW w:w="792" w:type="dxa"/>
            <w:tcBorders>
              <w:top w:val="single" w:sz="0" w:space="0" w:color="0A1414"/>
              <w:left w:val="single" w:sz="0" w:space="0" w:color="0A1414"/>
              <w:bottom w:val="single" w:sz="0" w:space="0" w:color="0A1414"/>
              <w:right w:val="single" w:sz="0" w:space="0" w:color="0A1414"/>
            </w:tcBorders>
            <w:shd w:val="clear" w:color="auto" w:fill="C8EB00"/>
            <w:vAlign w:val="center"/>
          </w:tcPr>
          <w:p w14:paraId="103DD9ED" w14:textId="41607475" w:rsidR="00B02816" w:rsidRPr="00EA0EAA" w:rsidRDefault="00B02816" w:rsidP="0020390E">
            <w:pPr>
              <w:jc w:val="center"/>
              <w:rPr>
                <w:rFonts w:ascii="Neue Haas Grotesk Text Pro" w:hAnsi="Neue Haas Grotesk Text Pro"/>
              </w:rPr>
            </w:pPr>
            <w:r>
              <w:rPr>
                <w:rFonts w:ascii="Neue Haas Grotesk Text Pro" w:hAnsi="Neue Haas Grotesk Text Pro"/>
                <w:b/>
                <w:sz w:val="26"/>
              </w:rPr>
              <w:t>6</w:t>
            </w:r>
          </w:p>
        </w:tc>
        <w:tc>
          <w:tcPr>
            <w:tcW w:w="9288" w:type="dxa"/>
            <w:tcBorders>
              <w:top w:val="single" w:sz="0" w:space="0" w:color="0A1414"/>
              <w:left w:val="single" w:sz="0" w:space="0" w:color="0A1414"/>
              <w:bottom w:val="single" w:sz="0" w:space="0" w:color="0A1414"/>
              <w:right w:val="single" w:sz="0" w:space="0" w:color="0A1414"/>
            </w:tcBorders>
            <w:shd w:val="clear" w:color="auto" w:fill="0A1414"/>
            <w:vAlign w:val="center"/>
          </w:tcPr>
          <w:p w14:paraId="2FDE17AA" w14:textId="77777777" w:rsidR="00B02816" w:rsidRPr="00EA0EAA" w:rsidRDefault="00B02816" w:rsidP="0020390E">
            <w:pPr>
              <w:rPr>
                <w:rFonts w:ascii="Neue Haas Grotesk Text Pro" w:hAnsi="Neue Haas Grotesk Text Pro"/>
              </w:rPr>
            </w:pPr>
            <w:r w:rsidRPr="00EA0EAA">
              <w:rPr>
                <w:rFonts w:ascii="Neue Haas Grotesk Text Pro" w:hAnsi="Neue Haas Grotesk Text Pro"/>
                <w:b/>
                <w:color w:val="FFFFFF"/>
                <w:sz w:val="26"/>
              </w:rPr>
              <w:t>Student declaration</w:t>
            </w:r>
          </w:p>
        </w:tc>
      </w:tr>
    </w:tbl>
    <w:p w14:paraId="5BD72B1C" w14:textId="77777777" w:rsidR="00B02816" w:rsidRPr="00EA0EAA" w:rsidRDefault="00B02816" w:rsidP="00B02816">
      <w:pPr>
        <w:spacing w:after="80"/>
        <w:rPr>
          <w:rFonts w:ascii="Neue Haas Grotesk Text Pro" w:hAnsi="Neue Haas Grotesk Text Pro"/>
        </w:rPr>
      </w:pPr>
    </w:p>
    <w:p w14:paraId="689DB08E" w14:textId="77777777" w:rsidR="00B02816" w:rsidRPr="00EA0EAA" w:rsidRDefault="00B02816" w:rsidP="00B02816">
      <w:pPr>
        <w:spacing w:after="120"/>
        <w:rPr>
          <w:rFonts w:ascii="Neue Haas Grotesk Text Pro" w:hAnsi="Neue Haas Grotesk Text Pro"/>
        </w:rPr>
      </w:pPr>
      <w:r w:rsidRPr="00EA0EAA">
        <w:rPr>
          <w:rFonts w:ascii="Neue Haas Grotesk Text Pro" w:hAnsi="Neue Haas Grotesk Text Pro"/>
        </w:rPr>
        <w:t>Tick each statement before submission. If you cannot tick a statement, speak to your module team before submitting your work.</w:t>
      </w:r>
    </w:p>
    <w:p w14:paraId="048B1A32" w14:textId="77777777" w:rsidR="00B02816" w:rsidRPr="00EA0EAA" w:rsidRDefault="00B02816" w:rsidP="00B02816">
      <w:pPr>
        <w:spacing w:after="80"/>
        <w:rPr>
          <w:rFonts w:ascii="Neue Haas Grotesk Text Pro" w:hAnsi="Neue Haas Grotesk Text Pro"/>
        </w:rPr>
      </w:pPr>
    </w:p>
    <w:tbl>
      <w:tblPr>
        <w:tblW w:w="0" w:type="auto"/>
        <w:jc w:val="center"/>
        <w:tblLayout w:type="fixed"/>
        <w:tblLook w:val="04A0" w:firstRow="1" w:lastRow="0" w:firstColumn="1" w:lastColumn="0" w:noHBand="0" w:noVBand="1"/>
      </w:tblPr>
      <w:tblGrid>
        <w:gridCol w:w="10206"/>
      </w:tblGrid>
      <w:tr w:rsidR="00B02816" w:rsidRPr="00EA0EAA" w14:paraId="1A6419AB" w14:textId="77777777" w:rsidTr="0020390E">
        <w:trPr>
          <w:cantSplit/>
          <w:jc w:val="center"/>
        </w:trPr>
        <w:tc>
          <w:tcPr>
            <w:tcW w:w="10206" w:type="dxa"/>
            <w:tcBorders>
              <w:top w:val="single" w:sz="4" w:space="0" w:color="D8DDDD"/>
              <w:left w:val="single" w:sz="4" w:space="0" w:color="D8DDDD"/>
              <w:bottom w:val="single" w:sz="4" w:space="0" w:color="D8DDDD"/>
              <w:right w:val="single" w:sz="4" w:space="0" w:color="D8DDDD"/>
            </w:tcBorders>
            <w:shd w:val="clear" w:color="auto" w:fill="FFFFFF"/>
          </w:tcPr>
          <w:p w14:paraId="6778A523" w14:textId="77777777" w:rsidR="00B02816" w:rsidRPr="00EA0EAA" w:rsidRDefault="00B02816" w:rsidP="0020390E">
            <w:pPr>
              <w:rPr>
                <w:rFonts w:ascii="Neue Haas Grotesk Text Pro" w:hAnsi="Neue Haas Grotesk Text Pro"/>
              </w:rPr>
            </w:pPr>
            <w:sdt>
              <w:sdtPr>
                <w:rPr>
                  <w:rFonts w:ascii="Segoe UI Symbol" w:hAnsi="Segoe UI Symbol" w:cs="Segoe UI Symbol"/>
                  <w:sz w:val="18"/>
                </w:rPr>
                <w:id w:val="-1128473137"/>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Pr="00EA0EAA">
              <w:rPr>
                <w:rFonts w:ascii="Neue Haas Grotesk Text Pro" w:hAnsi="Neue Haas Grotesk Text Pro"/>
                <w:sz w:val="18"/>
              </w:rPr>
              <w:t xml:space="preserve"> I have checked the permitted AI level for this assessment.</w:t>
            </w:r>
          </w:p>
        </w:tc>
      </w:tr>
      <w:tr w:rsidR="00B02816" w:rsidRPr="00EA0EAA" w14:paraId="6D82D1DB" w14:textId="77777777" w:rsidTr="0020390E">
        <w:trPr>
          <w:cantSplit/>
          <w:jc w:val="center"/>
        </w:trPr>
        <w:tc>
          <w:tcPr>
            <w:tcW w:w="10206" w:type="dxa"/>
            <w:tcBorders>
              <w:top w:val="single" w:sz="4" w:space="0" w:color="D8DDDD"/>
              <w:left w:val="single" w:sz="4" w:space="0" w:color="D8DDDD"/>
              <w:bottom w:val="single" w:sz="4" w:space="0" w:color="D8DDDD"/>
              <w:right w:val="single" w:sz="4" w:space="0" w:color="D8DDDD"/>
            </w:tcBorders>
            <w:shd w:val="clear" w:color="auto" w:fill="FFFFFF"/>
          </w:tcPr>
          <w:p w14:paraId="0D396275" w14:textId="77777777" w:rsidR="00B02816" w:rsidRPr="00EA0EAA" w:rsidRDefault="00B02816" w:rsidP="0020390E">
            <w:pPr>
              <w:rPr>
                <w:rFonts w:ascii="Neue Haas Grotesk Text Pro" w:hAnsi="Neue Haas Grotesk Text Pro"/>
              </w:rPr>
            </w:pPr>
            <w:sdt>
              <w:sdtPr>
                <w:rPr>
                  <w:rFonts w:ascii="Segoe UI Symbol" w:hAnsi="Segoe UI Symbol" w:cs="Segoe UI Symbol"/>
                  <w:sz w:val="18"/>
                </w:rPr>
                <w:id w:val="-981308305"/>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Pr="00EA0EAA">
              <w:rPr>
                <w:rFonts w:ascii="Neue Haas Grotesk Text Pro" w:hAnsi="Neue Haas Grotesk Text Pro"/>
                <w:sz w:val="18"/>
              </w:rPr>
              <w:t xml:space="preserve"> My use of AI does not exceed the permitted level for this assessment.</w:t>
            </w:r>
          </w:p>
        </w:tc>
      </w:tr>
      <w:tr w:rsidR="00B02816" w:rsidRPr="00EA0EAA" w14:paraId="45AD1E09" w14:textId="77777777" w:rsidTr="0020390E">
        <w:trPr>
          <w:cantSplit/>
          <w:jc w:val="center"/>
        </w:trPr>
        <w:tc>
          <w:tcPr>
            <w:tcW w:w="10206" w:type="dxa"/>
            <w:tcBorders>
              <w:top w:val="single" w:sz="4" w:space="0" w:color="D8DDDD"/>
              <w:left w:val="single" w:sz="4" w:space="0" w:color="D8DDDD"/>
              <w:bottom w:val="single" w:sz="4" w:space="0" w:color="D8DDDD"/>
              <w:right w:val="single" w:sz="4" w:space="0" w:color="D8DDDD"/>
            </w:tcBorders>
            <w:shd w:val="clear" w:color="auto" w:fill="FFFFFF"/>
          </w:tcPr>
          <w:p w14:paraId="4EB9B6F8" w14:textId="77777777" w:rsidR="00B02816" w:rsidRPr="00EA0EAA" w:rsidRDefault="00B02816" w:rsidP="0020390E">
            <w:pPr>
              <w:rPr>
                <w:rFonts w:ascii="Neue Haas Grotesk Text Pro" w:hAnsi="Neue Haas Grotesk Text Pro"/>
              </w:rPr>
            </w:pPr>
            <w:sdt>
              <w:sdtPr>
                <w:rPr>
                  <w:rFonts w:ascii="Segoe UI Symbol" w:hAnsi="Segoe UI Symbol" w:cs="Segoe UI Symbol"/>
                  <w:sz w:val="18"/>
                </w:rPr>
                <w:id w:val="-1497336649"/>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Pr="00EA0EAA">
              <w:rPr>
                <w:rFonts w:ascii="Neue Haas Grotesk Text Pro" w:hAnsi="Neue Haas Grotesk Text Pro"/>
                <w:sz w:val="18"/>
              </w:rPr>
              <w:t xml:space="preserve"> I have named the AI tool(s) I used, or stated that no AI was used.</w:t>
            </w:r>
          </w:p>
        </w:tc>
      </w:tr>
      <w:tr w:rsidR="00B02816" w:rsidRPr="00EA0EAA" w14:paraId="72D52235" w14:textId="77777777" w:rsidTr="0020390E">
        <w:trPr>
          <w:cantSplit/>
          <w:jc w:val="center"/>
        </w:trPr>
        <w:tc>
          <w:tcPr>
            <w:tcW w:w="10206" w:type="dxa"/>
            <w:tcBorders>
              <w:top w:val="single" w:sz="4" w:space="0" w:color="D8DDDD"/>
              <w:left w:val="single" w:sz="4" w:space="0" w:color="D8DDDD"/>
              <w:bottom w:val="single" w:sz="4" w:space="0" w:color="D8DDDD"/>
              <w:right w:val="single" w:sz="4" w:space="0" w:color="D8DDDD"/>
            </w:tcBorders>
            <w:shd w:val="clear" w:color="auto" w:fill="FFFFFF"/>
          </w:tcPr>
          <w:p w14:paraId="1D662639" w14:textId="77777777" w:rsidR="00B02816" w:rsidRPr="00EA0EAA" w:rsidRDefault="00B02816" w:rsidP="0020390E">
            <w:pPr>
              <w:rPr>
                <w:rFonts w:ascii="Neue Haas Grotesk Text Pro" w:hAnsi="Neue Haas Grotesk Text Pro"/>
              </w:rPr>
            </w:pPr>
            <w:sdt>
              <w:sdtPr>
                <w:rPr>
                  <w:rFonts w:ascii="Segoe UI Symbol" w:hAnsi="Segoe UI Symbol" w:cs="Segoe UI Symbol"/>
                  <w:sz w:val="18"/>
                </w:rPr>
                <w:id w:val="-1845004925"/>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Pr="00EA0EAA">
              <w:rPr>
                <w:rFonts w:ascii="Neue Haas Grotesk Text Pro" w:hAnsi="Neue Haas Grotesk Text Pro"/>
                <w:sz w:val="18"/>
              </w:rPr>
              <w:t xml:space="preserve"> I have described what the AI tool(s) were used for.</w:t>
            </w:r>
          </w:p>
        </w:tc>
      </w:tr>
      <w:tr w:rsidR="00B02816" w:rsidRPr="00EA0EAA" w14:paraId="70086CA1" w14:textId="77777777" w:rsidTr="0020390E">
        <w:trPr>
          <w:cantSplit/>
          <w:jc w:val="center"/>
        </w:trPr>
        <w:tc>
          <w:tcPr>
            <w:tcW w:w="10206" w:type="dxa"/>
            <w:tcBorders>
              <w:top w:val="single" w:sz="4" w:space="0" w:color="D8DDDD"/>
              <w:left w:val="single" w:sz="4" w:space="0" w:color="D8DDDD"/>
              <w:bottom w:val="single" w:sz="4" w:space="0" w:color="D8DDDD"/>
              <w:right w:val="single" w:sz="4" w:space="0" w:color="D8DDDD"/>
            </w:tcBorders>
            <w:shd w:val="clear" w:color="auto" w:fill="FFFFFF"/>
          </w:tcPr>
          <w:p w14:paraId="758E52B9" w14:textId="77777777" w:rsidR="00B02816" w:rsidRPr="00EA0EAA" w:rsidRDefault="00B02816" w:rsidP="0020390E">
            <w:pPr>
              <w:rPr>
                <w:rFonts w:ascii="Neue Haas Grotesk Text Pro" w:hAnsi="Neue Haas Grotesk Text Pro"/>
              </w:rPr>
            </w:pPr>
            <w:sdt>
              <w:sdtPr>
                <w:rPr>
                  <w:rFonts w:ascii="Segoe UI Symbol" w:hAnsi="Segoe UI Symbol" w:cs="Segoe UI Symbol"/>
                  <w:sz w:val="18"/>
                </w:rPr>
                <w:id w:val="-692837367"/>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Pr="00EA0EAA">
              <w:rPr>
                <w:rFonts w:ascii="Neue Haas Grotesk Text Pro" w:hAnsi="Neue Haas Grotesk Text Pro"/>
                <w:sz w:val="18"/>
              </w:rPr>
              <w:t xml:space="preserve"> I have explained how my own decisions shaped the submitted work.</w:t>
            </w:r>
          </w:p>
        </w:tc>
      </w:tr>
      <w:tr w:rsidR="00B02816" w:rsidRPr="00EA0EAA" w14:paraId="3A446080" w14:textId="77777777" w:rsidTr="0020390E">
        <w:trPr>
          <w:cantSplit/>
          <w:jc w:val="center"/>
        </w:trPr>
        <w:tc>
          <w:tcPr>
            <w:tcW w:w="10206" w:type="dxa"/>
            <w:tcBorders>
              <w:top w:val="single" w:sz="4" w:space="0" w:color="D8DDDD"/>
              <w:left w:val="single" w:sz="4" w:space="0" w:color="D8DDDD"/>
              <w:bottom w:val="single" w:sz="4" w:space="0" w:color="D8DDDD"/>
              <w:right w:val="single" w:sz="4" w:space="0" w:color="D8DDDD"/>
            </w:tcBorders>
            <w:shd w:val="clear" w:color="auto" w:fill="FFFFFF"/>
          </w:tcPr>
          <w:p w14:paraId="0E3C4C36" w14:textId="77777777" w:rsidR="00B02816" w:rsidRPr="00EA0EAA" w:rsidRDefault="00B02816" w:rsidP="0020390E">
            <w:pPr>
              <w:rPr>
                <w:rFonts w:ascii="Neue Haas Grotesk Text Pro" w:hAnsi="Neue Haas Grotesk Text Pro"/>
              </w:rPr>
            </w:pPr>
            <w:sdt>
              <w:sdtPr>
                <w:rPr>
                  <w:rFonts w:ascii="Segoe UI Symbol" w:hAnsi="Segoe UI Symbol" w:cs="Segoe UI Symbol"/>
                  <w:sz w:val="18"/>
                </w:rPr>
                <w:id w:val="1251538814"/>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Pr="00EA0EAA">
              <w:rPr>
                <w:rFonts w:ascii="Neue Haas Grotesk Text Pro" w:hAnsi="Neue Haas Grotesk Text Pro"/>
                <w:sz w:val="18"/>
              </w:rPr>
              <w:t xml:space="preserve"> I have checked the accuracy, originality, references and ethical implications of the submitted work.</w:t>
            </w:r>
          </w:p>
        </w:tc>
      </w:tr>
      <w:tr w:rsidR="00B02816" w:rsidRPr="00EA0EAA" w14:paraId="1059D058" w14:textId="77777777" w:rsidTr="0020390E">
        <w:trPr>
          <w:cantSplit/>
          <w:jc w:val="center"/>
        </w:trPr>
        <w:tc>
          <w:tcPr>
            <w:tcW w:w="10206" w:type="dxa"/>
            <w:tcBorders>
              <w:top w:val="single" w:sz="4" w:space="0" w:color="D8DDDD"/>
              <w:left w:val="single" w:sz="4" w:space="0" w:color="D8DDDD"/>
              <w:bottom w:val="single" w:sz="4" w:space="0" w:color="D8DDDD"/>
              <w:right w:val="single" w:sz="4" w:space="0" w:color="D8DDDD"/>
            </w:tcBorders>
            <w:shd w:val="clear" w:color="auto" w:fill="FFFFFF"/>
          </w:tcPr>
          <w:p w14:paraId="6C36E0C5" w14:textId="77777777" w:rsidR="00B02816" w:rsidRPr="00EA0EAA" w:rsidRDefault="00B02816" w:rsidP="0020390E">
            <w:pPr>
              <w:rPr>
                <w:rFonts w:ascii="Neue Haas Grotesk Text Pro" w:hAnsi="Neue Haas Grotesk Text Pro"/>
              </w:rPr>
            </w:pPr>
            <w:sdt>
              <w:sdtPr>
                <w:rPr>
                  <w:rFonts w:ascii="Segoe UI Symbol" w:hAnsi="Segoe UI Symbol" w:cs="Segoe UI Symbol"/>
                  <w:sz w:val="18"/>
                </w:rPr>
                <w:id w:val="53972951"/>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Pr="00EA0EAA">
              <w:rPr>
                <w:rFonts w:ascii="Neue Haas Grotesk Text Pro" w:hAnsi="Neue Haas Grotesk Text Pro"/>
                <w:sz w:val="18"/>
              </w:rPr>
              <w:t xml:space="preserve"> I understand that undeclared AI use, or use beyond the permitted level, may be treated as academic misconduct.</w:t>
            </w:r>
          </w:p>
        </w:tc>
      </w:tr>
      <w:tr w:rsidR="00B02816" w:rsidRPr="00EA0EAA" w14:paraId="1F5FF8B1" w14:textId="77777777" w:rsidTr="0020390E">
        <w:trPr>
          <w:cantSplit/>
          <w:jc w:val="center"/>
        </w:trPr>
        <w:tc>
          <w:tcPr>
            <w:tcW w:w="10206" w:type="dxa"/>
            <w:tcBorders>
              <w:top w:val="single" w:sz="4" w:space="0" w:color="D8DDDD"/>
              <w:left w:val="single" w:sz="4" w:space="0" w:color="D8DDDD"/>
              <w:bottom w:val="single" w:sz="4" w:space="0" w:color="D8DDDD"/>
              <w:right w:val="single" w:sz="4" w:space="0" w:color="D8DDDD"/>
            </w:tcBorders>
            <w:shd w:val="clear" w:color="auto" w:fill="FFFFFF"/>
          </w:tcPr>
          <w:p w14:paraId="609A6D4C" w14:textId="77777777" w:rsidR="00B02816" w:rsidRPr="00EA0EAA" w:rsidRDefault="00B02816" w:rsidP="0020390E">
            <w:pPr>
              <w:rPr>
                <w:rFonts w:ascii="Neue Haas Grotesk Text Pro" w:hAnsi="Neue Haas Grotesk Text Pro"/>
              </w:rPr>
            </w:pPr>
            <w:sdt>
              <w:sdtPr>
                <w:rPr>
                  <w:rFonts w:ascii="Segoe UI Symbol" w:hAnsi="Segoe UI Symbol" w:cs="Segoe UI Symbol"/>
                  <w:sz w:val="18"/>
                </w:rPr>
                <w:id w:val="1375728825"/>
                <w14:checkbox>
                  <w14:checked w14:val="0"/>
                  <w14:checkedState w14:val="2612" w14:font="MS Gothic"/>
                  <w14:uncheckedState w14:val="2610" w14:font="MS Gothic"/>
                </w14:checkbox>
              </w:sdtPr>
              <w:sdtContent>
                <w:r>
                  <w:rPr>
                    <w:rFonts w:ascii="MS Gothic" w:eastAsia="MS Gothic" w:hAnsi="MS Gothic" w:cs="Segoe UI Symbol" w:hint="eastAsia"/>
                    <w:sz w:val="18"/>
                  </w:rPr>
                  <w:t>☐</w:t>
                </w:r>
              </w:sdtContent>
            </w:sdt>
            <w:r w:rsidRPr="00EA0EAA">
              <w:rPr>
                <w:rFonts w:ascii="Neue Haas Grotesk Text Pro" w:hAnsi="Neue Haas Grotesk Text Pro"/>
                <w:sz w:val="18"/>
              </w:rPr>
              <w:t xml:space="preserve"> I understand that I remain responsible for the final submitted work.</w:t>
            </w:r>
          </w:p>
        </w:tc>
      </w:tr>
    </w:tbl>
    <w:p w14:paraId="3FD47059" w14:textId="77777777" w:rsidR="00B02816" w:rsidRPr="00EA0EAA" w:rsidRDefault="00B02816" w:rsidP="00B02816">
      <w:pPr>
        <w:spacing w:after="40"/>
        <w:rPr>
          <w:rFonts w:ascii="Neue Haas Grotesk Text Pro" w:hAnsi="Neue Haas Grotesk Text Pro"/>
        </w:rPr>
      </w:pPr>
    </w:p>
    <w:tbl>
      <w:tblPr>
        <w:tblW w:w="0" w:type="auto"/>
        <w:jc w:val="center"/>
        <w:tblLayout w:type="fixed"/>
        <w:tblLook w:val="04A0" w:firstRow="1" w:lastRow="0" w:firstColumn="1" w:lastColumn="0" w:noHBand="0" w:noVBand="1"/>
      </w:tblPr>
      <w:tblGrid>
        <w:gridCol w:w="2232"/>
        <w:gridCol w:w="2951"/>
        <w:gridCol w:w="2232"/>
        <w:gridCol w:w="2951"/>
      </w:tblGrid>
      <w:tr w:rsidR="00B02816" w:rsidRPr="00EA0EAA" w14:paraId="60367023" w14:textId="77777777" w:rsidTr="0020390E">
        <w:trPr>
          <w:cantSplit/>
          <w:jc w:val="center"/>
        </w:trPr>
        <w:tc>
          <w:tcPr>
            <w:tcW w:w="2232" w:type="dxa"/>
            <w:tcBorders>
              <w:top w:val="single" w:sz="4" w:space="0" w:color="D8DDDD"/>
              <w:left w:val="single" w:sz="4" w:space="0" w:color="D8DDDD"/>
              <w:bottom w:val="single" w:sz="4" w:space="0" w:color="D8DDDD"/>
              <w:right w:val="single" w:sz="4" w:space="0" w:color="D8DDDD"/>
            </w:tcBorders>
            <w:shd w:val="clear" w:color="auto" w:fill="F4F7F7"/>
            <w:vAlign w:val="center"/>
          </w:tcPr>
          <w:p w14:paraId="53E6DC33" w14:textId="77777777" w:rsidR="00B02816" w:rsidRPr="00EA0EAA" w:rsidRDefault="00B02816" w:rsidP="0020390E">
            <w:pPr>
              <w:rPr>
                <w:rFonts w:ascii="Neue Haas Grotesk Text Pro" w:hAnsi="Neue Haas Grotesk Text Pro"/>
              </w:rPr>
            </w:pPr>
            <w:r w:rsidRPr="00EA0EAA">
              <w:rPr>
                <w:rFonts w:ascii="Neue Haas Grotesk Text Pro" w:hAnsi="Neue Haas Grotesk Text Pro"/>
                <w:b/>
                <w:sz w:val="19"/>
              </w:rPr>
              <w:t>Student signature / typed name</w:t>
            </w:r>
          </w:p>
        </w:tc>
        <w:tc>
          <w:tcPr>
            <w:tcW w:w="2951" w:type="dxa"/>
            <w:tcBorders>
              <w:top w:val="single" w:sz="4" w:space="0" w:color="D8DDDD"/>
              <w:left w:val="single" w:sz="4" w:space="0" w:color="D8DDDD"/>
              <w:bottom w:val="single" w:sz="4" w:space="0" w:color="D8DDDD"/>
              <w:right w:val="single" w:sz="4" w:space="0" w:color="D8DDDD"/>
            </w:tcBorders>
            <w:shd w:val="clear" w:color="auto" w:fill="FFFFFF"/>
            <w:vAlign w:val="center"/>
          </w:tcPr>
          <w:p w14:paraId="5A9A7082" w14:textId="77777777" w:rsidR="00B02816" w:rsidRPr="00EA0EAA" w:rsidRDefault="00B02816" w:rsidP="0020390E">
            <w:pPr>
              <w:rPr>
                <w:rFonts w:ascii="Neue Haas Grotesk Text Pro" w:hAnsi="Neue Haas Grotesk Text Pro"/>
              </w:rPr>
            </w:pPr>
            <w:r w:rsidRPr="00EA0EAA">
              <w:rPr>
                <w:rFonts w:ascii="Neue Haas Grotesk Text Pro" w:hAnsi="Neue Haas Grotesk Text Pro"/>
                <w:i/>
                <w:color w:val="666666"/>
                <w:sz w:val="19"/>
              </w:rPr>
              <w:t>Click or tap here to enter text</w:t>
            </w:r>
          </w:p>
        </w:tc>
        <w:tc>
          <w:tcPr>
            <w:tcW w:w="2232" w:type="dxa"/>
            <w:tcBorders>
              <w:top w:val="single" w:sz="4" w:space="0" w:color="D8DDDD"/>
              <w:left w:val="single" w:sz="4" w:space="0" w:color="D8DDDD"/>
              <w:bottom w:val="single" w:sz="4" w:space="0" w:color="D8DDDD"/>
              <w:right w:val="single" w:sz="4" w:space="0" w:color="D8DDDD"/>
            </w:tcBorders>
            <w:shd w:val="clear" w:color="auto" w:fill="F4F7F7"/>
            <w:vAlign w:val="center"/>
          </w:tcPr>
          <w:p w14:paraId="71DB1F36" w14:textId="77777777" w:rsidR="00B02816" w:rsidRPr="00EA0EAA" w:rsidRDefault="00B02816" w:rsidP="0020390E">
            <w:pPr>
              <w:rPr>
                <w:rFonts w:ascii="Neue Haas Grotesk Text Pro" w:hAnsi="Neue Haas Grotesk Text Pro"/>
              </w:rPr>
            </w:pPr>
            <w:r w:rsidRPr="00EA0EAA">
              <w:rPr>
                <w:rFonts w:ascii="Neue Haas Grotesk Text Pro" w:hAnsi="Neue Haas Grotesk Text Pro"/>
                <w:b/>
                <w:sz w:val="19"/>
              </w:rPr>
              <w:t>Date</w:t>
            </w:r>
          </w:p>
        </w:tc>
        <w:tc>
          <w:tcPr>
            <w:tcW w:w="2951" w:type="dxa"/>
            <w:tcBorders>
              <w:top w:val="single" w:sz="4" w:space="0" w:color="D8DDDD"/>
              <w:left w:val="single" w:sz="4" w:space="0" w:color="D8DDDD"/>
              <w:bottom w:val="single" w:sz="4" w:space="0" w:color="D8DDDD"/>
              <w:right w:val="single" w:sz="4" w:space="0" w:color="D8DDDD"/>
            </w:tcBorders>
            <w:shd w:val="clear" w:color="auto" w:fill="FFFFFF"/>
            <w:vAlign w:val="center"/>
          </w:tcPr>
          <w:p w14:paraId="7E4961B6" w14:textId="77777777" w:rsidR="00B02816" w:rsidRPr="00EA0EAA" w:rsidRDefault="00B02816" w:rsidP="0020390E">
            <w:pPr>
              <w:rPr>
                <w:rFonts w:ascii="Neue Haas Grotesk Text Pro" w:hAnsi="Neue Haas Grotesk Text Pro"/>
              </w:rPr>
            </w:pPr>
            <w:r w:rsidRPr="00EA0EAA">
              <w:rPr>
                <w:rFonts w:ascii="Neue Haas Grotesk Text Pro" w:hAnsi="Neue Haas Grotesk Text Pro"/>
                <w:i/>
                <w:color w:val="666666"/>
                <w:sz w:val="19"/>
              </w:rPr>
              <w:t>Click or tap here to enter text</w:t>
            </w:r>
          </w:p>
        </w:tc>
      </w:tr>
    </w:tbl>
    <w:p w14:paraId="2378D3A5" w14:textId="77777777" w:rsidR="00B02816" w:rsidRPr="00EA0EAA" w:rsidRDefault="00B02816" w:rsidP="00B02816">
      <w:pPr>
        <w:spacing w:after="40"/>
        <w:rPr>
          <w:rFonts w:ascii="Neue Haas Grotesk Text Pro" w:hAnsi="Neue Haas Grotesk Text Pro"/>
        </w:rPr>
      </w:pPr>
    </w:p>
    <w:p w14:paraId="2BE2B8D1" w14:textId="23871503" w:rsidR="00B02816" w:rsidRDefault="00B02816" w:rsidP="00B02816">
      <w:pPr>
        <w:tabs>
          <w:tab w:val="left" w:pos="2616"/>
        </w:tabs>
        <w:rPr>
          <w:rFonts w:ascii="Neue Haas Grotesk Text Pro" w:hAnsi="Neue Haas Grotesk Text Pro"/>
        </w:rPr>
      </w:pPr>
    </w:p>
    <w:p w14:paraId="41DEDC7C" w14:textId="6D5C2E1D" w:rsidR="00DF1130" w:rsidRPr="00EA0EAA" w:rsidRDefault="00DF1130">
      <w:pPr>
        <w:rPr>
          <w:rFonts w:ascii="Neue Haas Grotesk Text Pro" w:hAnsi="Neue Haas Grotesk Text Pro"/>
        </w:rPr>
      </w:pPr>
    </w:p>
    <w:sectPr w:rsidR="00DF1130" w:rsidRPr="00EA0EAA" w:rsidSect="00034616">
      <w:footerReference w:type="default" r:id="rId8"/>
      <w:pgSz w:w="11906" w:h="16838"/>
      <w:pgMar w:top="850" w:right="850" w:bottom="850" w:left="8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9501D" w14:textId="77777777" w:rsidR="006A347F" w:rsidRDefault="006A347F">
      <w:pPr>
        <w:spacing w:after="0" w:line="240" w:lineRule="auto"/>
      </w:pPr>
      <w:r>
        <w:separator/>
      </w:r>
    </w:p>
  </w:endnote>
  <w:endnote w:type="continuationSeparator" w:id="0">
    <w:p w14:paraId="590D2943" w14:textId="77777777" w:rsidR="006A347F" w:rsidRDefault="006A3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Neue Haas Grotesk Text Pro">
    <w:charset w:val="00"/>
    <w:family w:val="swiss"/>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D3FF6" w14:textId="77777777" w:rsidR="00DF1130" w:rsidRDefault="006A347F">
    <w:pPr>
      <w:pStyle w:val="Footer"/>
      <w:jc w:val="center"/>
    </w:pPr>
    <w:r>
      <w:rPr>
        <w:color w:val="666666"/>
        <w:sz w:val="17"/>
      </w:rPr>
      <w:t>AI Usage Declaration | University for the Creative Arts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C21A1" w14:textId="77777777" w:rsidR="006A347F" w:rsidRDefault="006A347F">
      <w:pPr>
        <w:spacing w:after="0" w:line="240" w:lineRule="auto"/>
      </w:pPr>
      <w:r>
        <w:separator/>
      </w:r>
    </w:p>
  </w:footnote>
  <w:footnote w:type="continuationSeparator" w:id="0">
    <w:p w14:paraId="278C5C26" w14:textId="77777777" w:rsidR="006A347F" w:rsidRDefault="006A34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16562741">
    <w:abstractNumId w:val="8"/>
  </w:num>
  <w:num w:numId="2" w16cid:durableId="330449551">
    <w:abstractNumId w:val="6"/>
  </w:num>
  <w:num w:numId="3" w16cid:durableId="413091386">
    <w:abstractNumId w:val="5"/>
  </w:num>
  <w:num w:numId="4" w16cid:durableId="794980497">
    <w:abstractNumId w:val="4"/>
  </w:num>
  <w:num w:numId="5" w16cid:durableId="46295557">
    <w:abstractNumId w:val="7"/>
  </w:num>
  <w:num w:numId="6" w16cid:durableId="1699771349">
    <w:abstractNumId w:val="3"/>
  </w:num>
  <w:num w:numId="7" w16cid:durableId="975600678">
    <w:abstractNumId w:val="2"/>
  </w:num>
  <w:num w:numId="8" w16cid:durableId="548491141">
    <w:abstractNumId w:val="1"/>
  </w:num>
  <w:num w:numId="9" w16cid:durableId="1494449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A347F"/>
    <w:rsid w:val="00790922"/>
    <w:rsid w:val="00AA1D8D"/>
    <w:rsid w:val="00B02816"/>
    <w:rsid w:val="00B47730"/>
    <w:rsid w:val="00B540A5"/>
    <w:rsid w:val="00CB0664"/>
    <w:rsid w:val="00D97D81"/>
    <w:rsid w:val="00DF1130"/>
    <w:rsid w:val="00EA0EA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86F799"/>
  <w14:defaultImageDpi w14:val="300"/>
  <w15:docId w15:val="{558F72F4-3496-472F-92CE-3AC33BCCA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color w:val="0A1414"/>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72AB1DC715F324AAD96E85001031288" ma:contentTypeVersion="11" ma:contentTypeDescription="Create a new document." ma:contentTypeScope="" ma:versionID="e02ec929c717894b32894a4fb0c1ce7b">
  <xsd:schema xmlns:xsd="http://www.w3.org/2001/XMLSchema" xmlns:xs="http://www.w3.org/2001/XMLSchema" xmlns:p="http://schemas.microsoft.com/office/2006/metadata/properties" xmlns:ns2="32dcf7a2-4e2b-4388-ac6a-1885aa8d2e7b" xmlns:ns3="56d5a718-758c-4976-a0c3-21ebd3dfdc43" targetNamespace="http://schemas.microsoft.com/office/2006/metadata/properties" ma:root="true" ma:fieldsID="5b75adae015f742de006cfc49c8dd408" ns2:_="" ns3:_="">
    <xsd:import namespace="32dcf7a2-4e2b-4388-ac6a-1885aa8d2e7b"/>
    <xsd:import namespace="56d5a718-758c-4976-a0c3-21ebd3dfdc4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dcf7a2-4e2b-4388-ac6a-1885aa8d2e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93b9ab9-9a17-4546-94a9-51d5f286ca7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d5a718-758c-4976-a0c3-21ebd3dfdc4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7585b77-ddea-4446-87e0-f8872721b406}" ma:internalName="TaxCatchAll" ma:showField="CatchAllData" ma:web="56d5a718-758c-4976-a0c3-21ebd3dfdc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6d5a718-758c-4976-a0c3-21ebd3dfdc43" xsi:nil="true"/>
    <lcf76f155ced4ddcb4097134ff3c332f xmlns="32dcf7a2-4e2b-4388-ac6a-1885aa8d2e7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ED25139-FDA7-4511-A516-0A0D71362735}"/>
</file>

<file path=customXml/itemProps3.xml><?xml version="1.0" encoding="utf-8"?>
<ds:datastoreItem xmlns:ds="http://schemas.openxmlformats.org/officeDocument/2006/customXml" ds:itemID="{31448579-2DE7-46AA-81C7-269F2FC5B21D}"/>
</file>

<file path=customXml/itemProps4.xml><?xml version="1.0" encoding="utf-8"?>
<ds:datastoreItem xmlns:ds="http://schemas.openxmlformats.org/officeDocument/2006/customXml" ds:itemID="{E1D8F78A-D0E5-493A-8208-BB8F7B794431}"/>
</file>

<file path=docProps/app.xml><?xml version="1.0" encoding="utf-8"?>
<Properties xmlns="http://schemas.openxmlformats.org/officeDocument/2006/extended-properties" xmlns:vt="http://schemas.openxmlformats.org/officeDocument/2006/docPropsVTypes">
  <Template>Normal</Template>
  <TotalTime>0</TotalTime>
  <Pages>3</Pages>
  <Words>687</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Nikolai Elkins</cp:lastModifiedBy>
  <cp:revision>2</cp:revision>
  <dcterms:created xsi:type="dcterms:W3CDTF">2026-06-03T11:45:00Z</dcterms:created>
  <dcterms:modified xsi:type="dcterms:W3CDTF">2026-06-03T11:45:00Z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0x010100F72AB1DC715F324AAD96E85001031288</vt:lpwstr>
  </property>
</Properties>
</file>